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01C4D" w14:textId="77777777" w:rsidR="007848E5" w:rsidRDefault="00000000">
      <w:pPr>
        <w:spacing w:after="40"/>
        <w:jc w:val="center"/>
        <w:rPr>
          <w:rFonts w:ascii="Calibri" w:hAnsi="Calibri"/>
          <w:color w:val="505050"/>
          <w:sz w:val="19"/>
          <w:lang w:val="it-IT"/>
        </w:rPr>
      </w:pPr>
      <w:r w:rsidRPr="007848E5">
        <w:rPr>
          <w:rFonts w:ascii="Calibri" w:hAnsi="Calibri"/>
          <w:b/>
          <w:color w:val="003366"/>
          <w:sz w:val="32"/>
          <w:lang w:val="it-IT"/>
        </w:rPr>
        <w:t>COMUNE DI PALAGIANO</w:t>
      </w:r>
      <w:r w:rsidRPr="007848E5">
        <w:rPr>
          <w:rFonts w:ascii="Calibri" w:hAnsi="Calibri"/>
          <w:b/>
          <w:color w:val="003366"/>
          <w:sz w:val="32"/>
          <w:lang w:val="it-IT"/>
        </w:rPr>
        <w:br/>
      </w:r>
      <w:r w:rsidRPr="007848E5">
        <w:rPr>
          <w:rFonts w:ascii="Calibri" w:hAnsi="Calibri"/>
          <w:color w:val="505050"/>
          <w:sz w:val="19"/>
          <w:lang w:val="it-IT"/>
        </w:rPr>
        <w:t xml:space="preserve">Provincia di Taranto </w:t>
      </w:r>
    </w:p>
    <w:p w14:paraId="0260B957" w14:textId="7B5E9326" w:rsidR="00366C74" w:rsidRPr="007848E5" w:rsidRDefault="00000000">
      <w:pPr>
        <w:spacing w:after="40"/>
        <w:jc w:val="center"/>
        <w:rPr>
          <w:lang w:val="it-IT"/>
        </w:rPr>
      </w:pPr>
      <w:r w:rsidRPr="007848E5">
        <w:rPr>
          <w:rFonts w:ascii="Calibri" w:hAnsi="Calibri"/>
          <w:color w:val="505050"/>
          <w:sz w:val="19"/>
          <w:lang w:val="it-IT"/>
        </w:rPr>
        <w:t>Settore Economico Finanziario / Ufficio TARI</w:t>
      </w:r>
      <w:r w:rsidRPr="007848E5">
        <w:rPr>
          <w:rFonts w:ascii="Calibri" w:hAnsi="Calibri"/>
          <w:color w:val="505050"/>
          <w:sz w:val="19"/>
          <w:lang w:val="it-IT"/>
        </w:rPr>
        <w:br/>
      </w:r>
      <w:r w:rsidRPr="007848E5">
        <w:rPr>
          <w:rFonts w:ascii="Calibri" w:hAnsi="Calibri"/>
          <w:i/>
          <w:color w:val="505050"/>
          <w:sz w:val="18"/>
          <w:lang w:val="it-IT"/>
        </w:rPr>
        <w:t>PEC: comunepalagiano.ragioneria@postecert.it</w:t>
      </w:r>
    </w:p>
    <w:p w14:paraId="53B2E4E5" w14:textId="77777777" w:rsidR="00366C74" w:rsidRPr="007848E5" w:rsidRDefault="00366C74">
      <w:pPr>
        <w:pBdr>
          <w:bottom w:val="single" w:sz="12" w:space="1" w:color="003366"/>
        </w:pBdr>
        <w:spacing w:after="16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366C74" w:rsidRPr="007848E5" w14:paraId="0816B2A0" w14:textId="77777777">
        <w:trPr>
          <w:jc w:val="center"/>
        </w:trPr>
        <w:tc>
          <w:tcPr>
            <w:tcW w:w="10224" w:type="dxa"/>
            <w:tcBorders>
              <w:top w:val="single" w:sz="6" w:space="0" w:color="003366"/>
              <w:left w:val="single" w:sz="6" w:space="0" w:color="003366"/>
              <w:bottom w:val="single" w:sz="6" w:space="0" w:color="003366"/>
              <w:right w:val="single" w:sz="6" w:space="0" w:color="003366"/>
            </w:tcBorders>
            <w:shd w:val="clear" w:color="auto" w:fill="E8EEF5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103F811" w14:textId="77777777" w:rsidR="00366C74" w:rsidRPr="007848E5" w:rsidRDefault="00000000">
            <w:pPr>
              <w:spacing w:after="40"/>
              <w:jc w:val="center"/>
              <w:rPr>
                <w:lang w:val="it-IT"/>
              </w:rPr>
            </w:pPr>
            <w:r w:rsidRPr="007848E5">
              <w:rPr>
                <w:rFonts w:ascii="Calibri" w:hAnsi="Calibri"/>
                <w:b/>
                <w:color w:val="003366"/>
                <w:lang w:val="it-IT"/>
              </w:rPr>
              <w:t>MODULO DI ISTANZA DI RIDUZIONE TARI (TASSA SUI RIFIUTI) — ANNO 2026</w:t>
            </w:r>
          </w:p>
          <w:p w14:paraId="60506A9B" w14:textId="77777777" w:rsidR="00366C74" w:rsidRPr="007848E5" w:rsidRDefault="00000000">
            <w:pPr>
              <w:spacing w:after="0"/>
              <w:jc w:val="center"/>
              <w:rPr>
                <w:lang w:val="it-IT"/>
              </w:rPr>
            </w:pPr>
            <w:r w:rsidRPr="007848E5">
              <w:rPr>
                <w:rFonts w:ascii="Calibri" w:hAnsi="Calibri"/>
                <w:b/>
                <w:color w:val="323232"/>
                <w:sz w:val="19"/>
                <w:lang w:val="it-IT"/>
              </w:rPr>
              <w:t xml:space="preserve">Riservato ai nuclei familiari da 1, 2 o 3 componenti </w:t>
            </w:r>
            <w:r w:rsidRPr="007848E5">
              <w:rPr>
                <w:rFonts w:ascii="Calibri" w:hAnsi="Calibri"/>
                <w:color w:val="505050"/>
                <w:sz w:val="19"/>
                <w:lang w:val="it-IT"/>
              </w:rPr>
              <w:t>(I nuclei con 4+ componenti ricevono la riduzione d'ufficio)</w:t>
            </w:r>
          </w:p>
        </w:tc>
      </w:tr>
    </w:tbl>
    <w:p w14:paraId="69CF5055" w14:textId="77777777" w:rsidR="00366C74" w:rsidRPr="007848E5" w:rsidRDefault="00366C74">
      <w:pPr>
        <w:spacing w:before="8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366C74" w:rsidRPr="007848E5" w14:paraId="1284E766" w14:textId="77777777">
        <w:trPr>
          <w:jc w:val="center"/>
        </w:trPr>
        <w:tc>
          <w:tcPr>
            <w:tcW w:w="10224" w:type="dxa"/>
            <w:tcBorders>
              <w:top w:val="single" w:sz="4" w:space="0" w:color="E6B800"/>
              <w:left w:val="single" w:sz="24" w:space="0" w:color="E6B800"/>
              <w:bottom w:val="single" w:sz="4" w:space="0" w:color="E6B800"/>
              <w:right w:val="single" w:sz="4" w:space="0" w:color="E6B800"/>
            </w:tcBorders>
            <w:shd w:val="clear" w:color="auto" w:fill="FFF8E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49AD29" w14:textId="1837BC34" w:rsidR="00366C74" w:rsidRPr="007848E5" w:rsidRDefault="00000000">
            <w:pPr>
              <w:spacing w:after="0"/>
              <w:rPr>
                <w:lang w:val="it-IT"/>
              </w:rPr>
            </w:pPr>
            <w:r w:rsidRPr="007848E5">
              <w:rPr>
                <w:rFonts w:ascii="Calibri" w:hAnsi="Calibri"/>
                <w:b/>
                <w:sz w:val="18"/>
                <w:lang w:val="it-IT"/>
              </w:rPr>
              <w:t xml:space="preserve">Scadenza tassativa: 31 </w:t>
            </w:r>
            <w:proofErr w:type="gramStart"/>
            <w:r w:rsidRPr="007848E5">
              <w:rPr>
                <w:rFonts w:ascii="Calibri" w:hAnsi="Calibri"/>
                <w:b/>
                <w:sz w:val="18"/>
                <w:lang w:val="it-IT"/>
              </w:rPr>
              <w:t>Ottobre</w:t>
            </w:r>
            <w:proofErr w:type="gramEnd"/>
            <w:r w:rsidRPr="007848E5">
              <w:rPr>
                <w:rFonts w:ascii="Calibri" w:hAnsi="Calibri"/>
                <w:b/>
                <w:sz w:val="18"/>
                <w:lang w:val="it-IT"/>
              </w:rPr>
              <w:t xml:space="preserve"> 2026. </w:t>
            </w:r>
            <w:r w:rsidRPr="007848E5">
              <w:rPr>
                <w:rFonts w:ascii="Calibri" w:hAnsi="Calibri"/>
                <w:sz w:val="18"/>
                <w:lang w:val="it-IT"/>
              </w:rPr>
              <w:t xml:space="preserve">La domanda deve essere inviata esclusivamente a mezzo </w:t>
            </w:r>
            <w:r w:rsidR="007848E5">
              <w:rPr>
                <w:rFonts w:ascii="Calibri" w:hAnsi="Calibri"/>
                <w:sz w:val="18"/>
                <w:lang w:val="it-IT"/>
              </w:rPr>
              <w:t>mail</w:t>
            </w:r>
            <w:r w:rsidRPr="007848E5">
              <w:rPr>
                <w:rFonts w:ascii="Calibri" w:hAnsi="Calibri"/>
                <w:sz w:val="18"/>
                <w:lang w:val="it-IT"/>
              </w:rPr>
              <w:t xml:space="preserve"> all'indirizzo </w:t>
            </w:r>
            <w:r w:rsidRPr="007848E5">
              <w:rPr>
                <w:rFonts w:ascii="Calibri" w:hAnsi="Calibri"/>
                <w:b/>
                <w:sz w:val="18"/>
                <w:u w:val="single"/>
                <w:lang w:val="it-IT"/>
              </w:rPr>
              <w:t>comunepalagiano.ragioneria@postecert.it</w:t>
            </w:r>
            <w:r w:rsidRPr="007848E5">
              <w:rPr>
                <w:rFonts w:ascii="Calibri" w:hAnsi="Calibri"/>
                <w:sz w:val="18"/>
                <w:lang w:val="it-IT"/>
              </w:rPr>
              <w:t xml:space="preserve">. Il beneficio </w:t>
            </w:r>
            <w:r w:rsidR="007848E5">
              <w:rPr>
                <w:rFonts w:ascii="Calibri" w:hAnsi="Calibri"/>
                <w:sz w:val="18"/>
                <w:lang w:val="it-IT"/>
              </w:rPr>
              <w:t>sa</w:t>
            </w:r>
            <w:r w:rsidRPr="007848E5">
              <w:rPr>
                <w:rFonts w:ascii="Calibri" w:hAnsi="Calibri"/>
                <w:sz w:val="18"/>
                <w:lang w:val="it-IT"/>
              </w:rPr>
              <w:t>rà applicato sulla terza rata</w:t>
            </w:r>
            <w:r w:rsidR="007848E5">
              <w:rPr>
                <w:rFonts w:ascii="Calibri" w:hAnsi="Calibri"/>
                <w:sz w:val="18"/>
                <w:lang w:val="it-IT"/>
              </w:rPr>
              <w:t>, che sarà inviata all’indirizzo mail indicato entro il 02/12/2026</w:t>
            </w:r>
            <w:r w:rsidRPr="007848E5">
              <w:rPr>
                <w:rFonts w:ascii="Calibri" w:hAnsi="Calibri"/>
                <w:sz w:val="18"/>
                <w:lang w:val="it-IT"/>
              </w:rPr>
              <w:t>.</w:t>
            </w:r>
          </w:p>
        </w:tc>
      </w:tr>
    </w:tbl>
    <w:p w14:paraId="0FADDDF1" w14:textId="77777777" w:rsidR="00366C74" w:rsidRPr="007848E5" w:rsidRDefault="00366C74">
      <w:pPr>
        <w:spacing w:before="160" w:after="8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28"/>
        <w:gridCol w:w="2628"/>
        <w:gridCol w:w="2628"/>
        <w:gridCol w:w="2340"/>
        <w:gridCol w:w="288"/>
      </w:tblGrid>
      <w:tr w:rsidR="00366C74" w:rsidRPr="007848E5" w14:paraId="4C91CCA6" w14:textId="77777777">
        <w:trPr>
          <w:gridAfter w:val="1"/>
          <w:wAfter w:w="50" w:type="dxa"/>
          <w:jc w:val="center"/>
        </w:trPr>
        <w:tc>
          <w:tcPr>
            <w:tcW w:w="10224" w:type="dxa"/>
            <w:gridSpan w:val="4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C282EA2" w14:textId="77777777" w:rsidR="00366C74" w:rsidRPr="007848E5" w:rsidRDefault="00000000">
            <w:pPr>
              <w:spacing w:before="40" w:after="40"/>
              <w:rPr>
                <w:lang w:val="it-IT"/>
              </w:rPr>
            </w:pPr>
            <w:r w:rsidRPr="007848E5">
              <w:rPr>
                <w:rFonts w:ascii="Calibri" w:hAnsi="Calibri"/>
                <w:b/>
                <w:color w:val="FFFFFF"/>
                <w:sz w:val="20"/>
                <w:lang w:val="it-IT"/>
              </w:rPr>
              <w:t>1. DATI DEL RICHIEDENTE (INTESTATARIO UTENZA O COMPONENTE DEL NUCLEO)</w:t>
            </w:r>
          </w:p>
        </w:tc>
      </w:tr>
      <w:tr w:rsidR="00366C74" w14:paraId="4AB1B9E3" w14:textId="77777777">
        <w:tblPrEx>
          <w:tblBorders>
            <w:top w:val="single" w:sz="4" w:space="0" w:color="B0C4DE"/>
            <w:left w:val="single" w:sz="4" w:space="0" w:color="B0C4DE"/>
            <w:bottom w:val="single" w:sz="4" w:space="0" w:color="B0C4DE"/>
            <w:right w:val="single" w:sz="4" w:space="0" w:color="B0C4DE"/>
            <w:insideH w:val="single" w:sz="4" w:space="0" w:color="B0C4DE"/>
            <w:insideV w:val="single" w:sz="4" w:space="0" w:color="B0C4DE"/>
          </w:tblBorders>
        </w:tblPrEx>
        <w:trPr>
          <w:jc w:val="center"/>
        </w:trPr>
        <w:tc>
          <w:tcPr>
            <w:tcW w:w="5256" w:type="dxa"/>
            <w:gridSpan w:val="2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1064E74E" w14:textId="77777777" w:rsidR="00366C74" w:rsidRDefault="00000000">
            <w:r>
              <w:rPr>
                <w:rFonts w:ascii="Calibri" w:hAnsi="Calibri"/>
                <w:b/>
                <w:color w:val="003366"/>
                <w:sz w:val="17"/>
              </w:rPr>
              <w:t>COGNOME:</w:t>
            </w:r>
          </w:p>
        </w:tc>
        <w:tc>
          <w:tcPr>
            <w:tcW w:w="5256" w:type="dxa"/>
            <w:gridSpan w:val="3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0A0A5D80" w14:textId="77777777" w:rsidR="00366C74" w:rsidRDefault="00000000">
            <w:r>
              <w:rPr>
                <w:rFonts w:ascii="Calibri" w:hAnsi="Calibri"/>
                <w:b/>
                <w:color w:val="003366"/>
                <w:sz w:val="17"/>
              </w:rPr>
              <w:t>NOME:</w:t>
            </w:r>
          </w:p>
        </w:tc>
      </w:tr>
      <w:tr w:rsidR="00366C74" w14:paraId="0A72E53C" w14:textId="77777777">
        <w:tblPrEx>
          <w:tblBorders>
            <w:top w:val="single" w:sz="4" w:space="0" w:color="B0C4DE"/>
            <w:left w:val="single" w:sz="4" w:space="0" w:color="B0C4DE"/>
            <w:bottom w:val="single" w:sz="4" w:space="0" w:color="B0C4DE"/>
            <w:right w:val="single" w:sz="4" w:space="0" w:color="B0C4DE"/>
            <w:insideH w:val="single" w:sz="4" w:space="0" w:color="B0C4DE"/>
            <w:insideV w:val="single" w:sz="4" w:space="0" w:color="B0C4DE"/>
          </w:tblBorders>
        </w:tblPrEx>
        <w:trPr>
          <w:jc w:val="center"/>
        </w:trPr>
        <w:tc>
          <w:tcPr>
            <w:tcW w:w="2628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1F3510C2" w14:textId="77777777" w:rsidR="00366C74" w:rsidRDefault="00000000">
            <w:r>
              <w:rPr>
                <w:rFonts w:ascii="Calibri" w:hAnsi="Calibri"/>
                <w:b/>
                <w:color w:val="003366"/>
                <w:sz w:val="17"/>
              </w:rPr>
              <w:t>CODICE FISCALE:</w:t>
            </w:r>
          </w:p>
        </w:tc>
        <w:tc>
          <w:tcPr>
            <w:tcW w:w="2628" w:type="dxa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51D0AD67" w14:textId="77777777" w:rsidR="00366C74" w:rsidRDefault="00000000">
            <w:r>
              <w:rPr>
                <w:rFonts w:ascii="Calibri" w:hAnsi="Calibri"/>
                <w:b/>
                <w:color w:val="003366"/>
                <w:sz w:val="17"/>
              </w:rPr>
              <w:t>DATA DI NASCITA:</w:t>
            </w:r>
          </w:p>
        </w:tc>
        <w:tc>
          <w:tcPr>
            <w:tcW w:w="5256" w:type="dxa"/>
            <w:gridSpan w:val="3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4D993AD5" w14:textId="77777777" w:rsidR="00366C74" w:rsidRDefault="00000000">
            <w:r>
              <w:rPr>
                <w:rFonts w:ascii="Calibri" w:hAnsi="Calibri"/>
                <w:b/>
                <w:color w:val="003366"/>
                <w:sz w:val="17"/>
              </w:rPr>
              <w:t>LUOGO DI NASCITA (PROV.):</w:t>
            </w:r>
          </w:p>
        </w:tc>
      </w:tr>
      <w:tr w:rsidR="00366C74" w14:paraId="2E75C59D" w14:textId="77777777">
        <w:tblPrEx>
          <w:tblBorders>
            <w:top w:val="single" w:sz="4" w:space="0" w:color="B0C4DE"/>
            <w:left w:val="single" w:sz="4" w:space="0" w:color="B0C4DE"/>
            <w:bottom w:val="single" w:sz="4" w:space="0" w:color="B0C4DE"/>
            <w:right w:val="single" w:sz="4" w:space="0" w:color="B0C4DE"/>
            <w:insideH w:val="single" w:sz="4" w:space="0" w:color="B0C4DE"/>
            <w:insideV w:val="single" w:sz="4" w:space="0" w:color="B0C4DE"/>
          </w:tblBorders>
        </w:tblPrEx>
        <w:trPr>
          <w:jc w:val="center"/>
        </w:trPr>
        <w:tc>
          <w:tcPr>
            <w:tcW w:w="7884" w:type="dxa"/>
            <w:gridSpan w:val="3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74D0D8D4" w14:textId="77777777" w:rsidR="00366C74" w:rsidRPr="007848E5" w:rsidRDefault="00000000">
            <w:pPr>
              <w:rPr>
                <w:lang w:val="it-IT"/>
              </w:rPr>
            </w:pPr>
            <w:r w:rsidRPr="007848E5">
              <w:rPr>
                <w:rFonts w:ascii="Calibri" w:hAnsi="Calibri"/>
                <w:b/>
                <w:color w:val="003366"/>
                <w:sz w:val="17"/>
                <w:lang w:val="it-IT"/>
              </w:rPr>
              <w:t>INDIRIZZO DI RESIDENZA A PALAGIANO (VIA/PIAZZA E N.):</w:t>
            </w:r>
          </w:p>
        </w:tc>
        <w:tc>
          <w:tcPr>
            <w:tcW w:w="2628" w:type="dxa"/>
            <w:gridSpan w:val="2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0B1B3966" w14:textId="77777777" w:rsidR="00366C74" w:rsidRDefault="00000000">
            <w:r>
              <w:rPr>
                <w:rFonts w:ascii="Calibri" w:hAnsi="Calibri"/>
                <w:b/>
                <w:color w:val="003366"/>
                <w:sz w:val="17"/>
              </w:rPr>
              <w:t>N. COMPONENTI NUCLEO:</w:t>
            </w:r>
          </w:p>
        </w:tc>
      </w:tr>
      <w:tr w:rsidR="00366C74" w:rsidRPr="007848E5" w14:paraId="5827E9AC" w14:textId="77777777">
        <w:tblPrEx>
          <w:tblBorders>
            <w:top w:val="single" w:sz="4" w:space="0" w:color="B0C4DE"/>
            <w:left w:val="single" w:sz="4" w:space="0" w:color="B0C4DE"/>
            <w:bottom w:val="single" w:sz="4" w:space="0" w:color="B0C4DE"/>
            <w:right w:val="single" w:sz="4" w:space="0" w:color="B0C4DE"/>
            <w:insideH w:val="single" w:sz="4" w:space="0" w:color="B0C4DE"/>
            <w:insideV w:val="single" w:sz="4" w:space="0" w:color="B0C4DE"/>
          </w:tblBorders>
        </w:tblPrEx>
        <w:trPr>
          <w:jc w:val="center"/>
        </w:trPr>
        <w:tc>
          <w:tcPr>
            <w:tcW w:w="5256" w:type="dxa"/>
            <w:gridSpan w:val="2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772ADD6A" w14:textId="77777777" w:rsidR="00366C74" w:rsidRDefault="00000000">
            <w:r>
              <w:rPr>
                <w:rFonts w:ascii="Calibri" w:hAnsi="Calibri"/>
                <w:b/>
                <w:color w:val="003366"/>
                <w:sz w:val="17"/>
              </w:rPr>
              <w:t>TELEFONO / CELLULARE:</w:t>
            </w:r>
          </w:p>
        </w:tc>
        <w:tc>
          <w:tcPr>
            <w:tcW w:w="5256" w:type="dxa"/>
            <w:gridSpan w:val="3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427D335A" w14:textId="77777777" w:rsidR="00366C74" w:rsidRPr="007848E5" w:rsidRDefault="00000000">
            <w:pPr>
              <w:rPr>
                <w:lang w:val="it-IT"/>
              </w:rPr>
            </w:pPr>
            <w:r w:rsidRPr="007848E5">
              <w:rPr>
                <w:rFonts w:ascii="Calibri" w:hAnsi="Calibri"/>
                <w:b/>
                <w:color w:val="003366"/>
                <w:sz w:val="17"/>
                <w:lang w:val="it-IT"/>
              </w:rPr>
              <w:t>EMAIL / PEC DI RIFERIMENTO PER INVIO RATA RETTIFICATA:</w:t>
            </w:r>
          </w:p>
        </w:tc>
      </w:tr>
      <w:tr w:rsidR="00366C74" w:rsidRPr="007848E5" w14:paraId="3A75A4BA" w14:textId="77777777">
        <w:tblPrEx>
          <w:tblBorders>
            <w:top w:val="single" w:sz="4" w:space="0" w:color="B0C4DE"/>
            <w:left w:val="single" w:sz="4" w:space="0" w:color="B0C4DE"/>
            <w:bottom w:val="single" w:sz="4" w:space="0" w:color="B0C4DE"/>
            <w:right w:val="single" w:sz="4" w:space="0" w:color="B0C4DE"/>
            <w:insideH w:val="single" w:sz="4" w:space="0" w:color="B0C4DE"/>
            <w:insideV w:val="single" w:sz="4" w:space="0" w:color="B0C4DE"/>
          </w:tblBorders>
        </w:tblPrEx>
        <w:trPr>
          <w:jc w:val="center"/>
        </w:trPr>
        <w:tc>
          <w:tcPr>
            <w:tcW w:w="10512" w:type="dxa"/>
            <w:gridSpan w:val="5"/>
            <w:tcMar>
              <w:top w:w="80" w:type="dxa"/>
              <w:left w:w="100" w:type="dxa"/>
              <w:bottom w:w="180" w:type="dxa"/>
              <w:right w:w="100" w:type="dxa"/>
            </w:tcMar>
          </w:tcPr>
          <w:p w14:paraId="0E3C4D7E" w14:textId="77777777" w:rsidR="00366C74" w:rsidRPr="007848E5" w:rsidRDefault="00000000">
            <w:pPr>
              <w:rPr>
                <w:lang w:val="it-IT"/>
              </w:rPr>
            </w:pPr>
            <w:r w:rsidRPr="007848E5">
              <w:rPr>
                <w:rFonts w:ascii="Calibri" w:hAnsi="Calibri"/>
                <w:b/>
                <w:color w:val="003366"/>
                <w:sz w:val="17"/>
                <w:lang w:val="it-IT"/>
              </w:rPr>
              <w:t>CODICE UTENZA TARI (RILEVABILE DALL'AVVISO DI PAGAMENTO) O C.F. INTESTATARIO (SE DIVERSO DAL RICHIEDENTE):</w:t>
            </w:r>
          </w:p>
        </w:tc>
      </w:tr>
    </w:tbl>
    <w:p w14:paraId="4E3D5820" w14:textId="77777777" w:rsidR="00366C74" w:rsidRPr="007848E5" w:rsidRDefault="00366C74">
      <w:pPr>
        <w:spacing w:before="160" w:after="8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366C74" w:rsidRPr="007848E5" w14:paraId="6DC8FFAD" w14:textId="77777777">
        <w:trPr>
          <w:jc w:val="center"/>
        </w:trPr>
        <w:tc>
          <w:tcPr>
            <w:tcW w:w="10224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26A9453" w14:textId="77777777" w:rsidR="00366C74" w:rsidRPr="007848E5" w:rsidRDefault="00000000">
            <w:pPr>
              <w:spacing w:before="40" w:after="40"/>
              <w:rPr>
                <w:lang w:val="it-IT"/>
              </w:rPr>
            </w:pPr>
            <w:r w:rsidRPr="007848E5">
              <w:rPr>
                <w:rFonts w:ascii="Calibri" w:hAnsi="Calibri"/>
                <w:b/>
                <w:color w:val="FFFFFF"/>
                <w:sz w:val="20"/>
                <w:lang w:val="it-IT"/>
              </w:rPr>
              <w:t>2. REQUISITI DI ACCESSO ALLA RIDUZIONE (SELEZIONARE ALMENO UN REQUISITO)</w:t>
            </w:r>
          </w:p>
        </w:tc>
      </w:tr>
    </w:tbl>
    <w:p w14:paraId="530593A5" w14:textId="77777777" w:rsidR="00366C74" w:rsidRPr="007848E5" w:rsidRDefault="00000000">
      <w:pPr>
        <w:spacing w:before="40" w:after="80"/>
        <w:rPr>
          <w:lang w:val="it-IT"/>
        </w:rPr>
      </w:pPr>
      <w:r w:rsidRPr="007848E5">
        <w:rPr>
          <w:rFonts w:ascii="Calibri" w:hAnsi="Calibri"/>
          <w:i/>
          <w:sz w:val="17"/>
          <w:lang w:val="it-IT"/>
        </w:rPr>
        <w:t xml:space="preserve">Il sottoscritto dichiara il possesso di </w:t>
      </w:r>
      <w:r w:rsidRPr="007848E5">
        <w:rPr>
          <w:rFonts w:ascii="Calibri" w:hAnsi="Calibri"/>
          <w:i/>
          <w:sz w:val="17"/>
          <w:u w:val="single"/>
          <w:lang w:val="it-IT"/>
        </w:rPr>
        <w:t>almeno uno</w:t>
      </w:r>
      <w:r w:rsidRPr="007848E5">
        <w:rPr>
          <w:rFonts w:ascii="Calibri" w:hAnsi="Calibri"/>
          <w:i/>
          <w:sz w:val="17"/>
          <w:lang w:val="it-IT"/>
        </w:rPr>
        <w:t xml:space="preserve"> dei seguenti requisiti (i requisiti </w:t>
      </w:r>
      <w:r w:rsidRPr="007848E5">
        <w:rPr>
          <w:rFonts w:ascii="Calibri" w:hAnsi="Calibri"/>
          <w:b/>
          <w:i/>
          <w:sz w:val="17"/>
          <w:lang w:val="it-IT"/>
        </w:rPr>
        <w:t>NON sono cumulabili</w:t>
      </w:r>
      <w:r w:rsidRPr="007848E5">
        <w:rPr>
          <w:rFonts w:ascii="Calibri" w:hAnsi="Calibri"/>
          <w:i/>
          <w:sz w:val="17"/>
          <w:lang w:val="it-IT"/>
        </w:rPr>
        <w:t>):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366C74" w:rsidRPr="007848E5" w14:paraId="0A5E2DF0" w14:textId="77777777">
        <w:trPr>
          <w:jc w:val="center"/>
        </w:trPr>
        <w:tc>
          <w:tcPr>
            <w:tcW w:w="10224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FE0E44" w14:textId="77777777" w:rsidR="00366C74" w:rsidRPr="007848E5" w:rsidRDefault="00000000">
            <w:pPr>
              <w:spacing w:after="120"/>
              <w:rPr>
                <w:lang w:val="it-IT"/>
              </w:rPr>
            </w:pPr>
            <w:proofErr w:type="gramStart"/>
            <w:r w:rsidRPr="007848E5">
              <w:rPr>
                <w:rFonts w:ascii="Calibri" w:hAnsi="Calibri"/>
                <w:b/>
                <w:color w:val="003366"/>
                <w:sz w:val="18"/>
                <w:lang w:val="it-IT"/>
              </w:rPr>
              <w:t>☐  REQUISITO</w:t>
            </w:r>
            <w:proofErr w:type="gramEnd"/>
            <w:r w:rsidRPr="007848E5">
              <w:rPr>
                <w:rFonts w:ascii="Calibri" w:hAnsi="Calibri"/>
                <w:b/>
                <w:color w:val="003366"/>
                <w:sz w:val="18"/>
                <w:lang w:val="it-IT"/>
              </w:rPr>
              <w:t xml:space="preserve"> ISEE: </w:t>
            </w:r>
            <w:r w:rsidRPr="007848E5">
              <w:rPr>
                <w:rFonts w:ascii="Calibri" w:hAnsi="Calibri"/>
                <w:sz w:val="18"/>
                <w:lang w:val="it-IT"/>
              </w:rPr>
              <w:t xml:space="preserve">Indicatore ISEE del nucleo familiare in corso di validità pari o inferiore a </w:t>
            </w:r>
            <w:r w:rsidRPr="007848E5">
              <w:rPr>
                <w:rFonts w:ascii="Calibri" w:hAnsi="Calibri"/>
                <w:b/>
                <w:sz w:val="18"/>
                <w:lang w:val="it-IT"/>
              </w:rPr>
              <w:t>€ 30.000,00.</w:t>
            </w:r>
          </w:p>
          <w:p w14:paraId="0875FAB5" w14:textId="77777777" w:rsidR="00366C74" w:rsidRPr="007848E5" w:rsidRDefault="00000000">
            <w:pPr>
              <w:spacing w:after="160"/>
              <w:rPr>
                <w:lang w:val="it-IT"/>
              </w:rPr>
            </w:pPr>
            <w:r w:rsidRPr="007848E5">
              <w:rPr>
                <w:rFonts w:ascii="Calibri" w:hAnsi="Calibri"/>
                <w:color w:val="646464"/>
                <w:sz w:val="17"/>
                <w:lang w:val="it-IT"/>
              </w:rPr>
              <w:t xml:space="preserve">      (Valore ISEE dichiarato: € _____________________ — Allegare attestazione ISEE)</w:t>
            </w:r>
          </w:p>
          <w:p w14:paraId="311FA77B" w14:textId="77777777" w:rsidR="00366C74" w:rsidRPr="007848E5" w:rsidRDefault="00000000">
            <w:pPr>
              <w:spacing w:after="120"/>
              <w:rPr>
                <w:lang w:val="it-IT"/>
              </w:rPr>
            </w:pPr>
            <w:proofErr w:type="gramStart"/>
            <w:r w:rsidRPr="007848E5">
              <w:rPr>
                <w:rFonts w:ascii="Calibri" w:hAnsi="Calibri"/>
                <w:b/>
                <w:color w:val="003366"/>
                <w:sz w:val="18"/>
                <w:lang w:val="it-IT"/>
              </w:rPr>
              <w:t>☐  REQUISITO</w:t>
            </w:r>
            <w:proofErr w:type="gramEnd"/>
            <w:r w:rsidRPr="007848E5">
              <w:rPr>
                <w:rFonts w:ascii="Calibri" w:hAnsi="Calibri"/>
                <w:b/>
                <w:color w:val="003366"/>
                <w:sz w:val="18"/>
                <w:lang w:val="it-IT"/>
              </w:rPr>
              <w:t xml:space="preserve"> ETÀ (OVER 65): </w:t>
            </w:r>
            <w:r w:rsidRPr="007848E5">
              <w:rPr>
                <w:rFonts w:ascii="Calibri" w:hAnsi="Calibri"/>
                <w:sz w:val="18"/>
                <w:lang w:val="it-IT"/>
              </w:rPr>
              <w:t>Presenza nel nucleo familiare di almeno un componente con età superiore a 65 anni.</w:t>
            </w:r>
          </w:p>
          <w:p w14:paraId="2668D63A" w14:textId="77777777" w:rsidR="00366C74" w:rsidRPr="007848E5" w:rsidRDefault="00000000">
            <w:pPr>
              <w:spacing w:after="160"/>
              <w:rPr>
                <w:lang w:val="it-IT"/>
              </w:rPr>
            </w:pPr>
            <w:r w:rsidRPr="007848E5">
              <w:rPr>
                <w:rFonts w:ascii="Calibri" w:hAnsi="Calibri"/>
                <w:color w:val="646464"/>
                <w:sz w:val="17"/>
                <w:lang w:val="it-IT"/>
              </w:rPr>
              <w:t xml:space="preserve">      (Nome e Cognome componente Over 65: _________________________________ Data di nascita: ____ / ____ / _______</w:t>
            </w:r>
            <w:proofErr w:type="gramStart"/>
            <w:r w:rsidRPr="007848E5">
              <w:rPr>
                <w:rFonts w:ascii="Calibri" w:hAnsi="Calibri"/>
                <w:color w:val="646464"/>
                <w:sz w:val="17"/>
                <w:lang w:val="it-IT"/>
              </w:rPr>
              <w:t>_ )</w:t>
            </w:r>
            <w:proofErr w:type="gramEnd"/>
          </w:p>
          <w:p w14:paraId="1EEF3FEC" w14:textId="77777777" w:rsidR="00366C74" w:rsidRPr="007848E5" w:rsidRDefault="00000000">
            <w:pPr>
              <w:spacing w:after="40"/>
              <w:rPr>
                <w:lang w:val="it-IT"/>
              </w:rPr>
            </w:pPr>
            <w:proofErr w:type="gramStart"/>
            <w:r w:rsidRPr="007848E5">
              <w:rPr>
                <w:rFonts w:ascii="Calibri" w:hAnsi="Calibri"/>
                <w:b/>
                <w:color w:val="003366"/>
                <w:sz w:val="18"/>
                <w:lang w:val="it-IT"/>
              </w:rPr>
              <w:t>☐  REQUISITO</w:t>
            </w:r>
            <w:proofErr w:type="gramEnd"/>
            <w:r w:rsidRPr="007848E5">
              <w:rPr>
                <w:rFonts w:ascii="Calibri" w:hAnsi="Calibri"/>
                <w:b/>
                <w:color w:val="003366"/>
                <w:sz w:val="18"/>
                <w:lang w:val="it-IT"/>
              </w:rPr>
              <w:t xml:space="preserve"> LEGGE 104/92: </w:t>
            </w:r>
            <w:r w:rsidRPr="007848E5">
              <w:rPr>
                <w:rFonts w:ascii="Calibri" w:hAnsi="Calibri"/>
                <w:sz w:val="18"/>
                <w:lang w:val="it-IT"/>
              </w:rPr>
              <w:t>Presenza nel nucleo familiare di un componente titolare dei benefici della Legge 104/1992.</w:t>
            </w:r>
          </w:p>
          <w:p w14:paraId="5B73F3D6" w14:textId="77777777" w:rsidR="00366C74" w:rsidRPr="007848E5" w:rsidRDefault="00000000">
            <w:pPr>
              <w:spacing w:after="40"/>
              <w:rPr>
                <w:lang w:val="it-IT"/>
              </w:rPr>
            </w:pPr>
            <w:r w:rsidRPr="007848E5">
              <w:rPr>
                <w:rFonts w:ascii="Calibri" w:hAnsi="Calibri"/>
                <w:color w:val="646464"/>
                <w:sz w:val="17"/>
                <w:lang w:val="it-IT"/>
              </w:rPr>
              <w:t xml:space="preserve">      (Nome e Cognome beneficiario: _________________________________ C.F.: ________________________________</w:t>
            </w:r>
            <w:proofErr w:type="gramStart"/>
            <w:r w:rsidRPr="007848E5">
              <w:rPr>
                <w:rFonts w:ascii="Calibri" w:hAnsi="Calibri"/>
                <w:color w:val="646464"/>
                <w:sz w:val="17"/>
                <w:lang w:val="it-IT"/>
              </w:rPr>
              <w:t>_ )</w:t>
            </w:r>
            <w:proofErr w:type="gramEnd"/>
          </w:p>
        </w:tc>
      </w:tr>
    </w:tbl>
    <w:p w14:paraId="5A1517D1" w14:textId="77777777" w:rsidR="00366C74" w:rsidRPr="007848E5" w:rsidRDefault="00366C74">
      <w:pPr>
        <w:spacing w:before="160" w:after="8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366C74" w:rsidRPr="007848E5" w14:paraId="01DC33F1" w14:textId="77777777">
        <w:trPr>
          <w:jc w:val="center"/>
        </w:trPr>
        <w:tc>
          <w:tcPr>
            <w:tcW w:w="10224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63F9FA3" w14:textId="77777777" w:rsidR="00366C74" w:rsidRPr="007848E5" w:rsidRDefault="00000000">
            <w:pPr>
              <w:spacing w:before="40" w:after="40"/>
              <w:rPr>
                <w:lang w:val="it-IT"/>
              </w:rPr>
            </w:pPr>
            <w:r w:rsidRPr="007848E5">
              <w:rPr>
                <w:rFonts w:ascii="Calibri" w:hAnsi="Calibri"/>
                <w:b/>
                <w:color w:val="FFFFFF"/>
                <w:sz w:val="20"/>
                <w:lang w:val="it-IT"/>
              </w:rPr>
              <w:t>3. DICHIARAZIONI, AUTOCERTIFICAZIONE E PRIVACY (D.P.R. 445/2000 &amp; GDPR)</w:t>
            </w:r>
          </w:p>
        </w:tc>
      </w:tr>
    </w:tbl>
    <w:p w14:paraId="77C1649D" w14:textId="77777777" w:rsidR="00366C74" w:rsidRPr="007848E5" w:rsidRDefault="00000000">
      <w:pPr>
        <w:spacing w:before="80" w:after="80"/>
        <w:rPr>
          <w:lang w:val="it-IT"/>
        </w:rPr>
      </w:pPr>
      <w:r w:rsidRPr="007848E5">
        <w:rPr>
          <w:rFonts w:ascii="Calibri" w:hAnsi="Calibri"/>
          <w:color w:val="3C3C3C"/>
          <w:sz w:val="17"/>
          <w:lang w:val="it-IT"/>
        </w:rPr>
        <w:lastRenderedPageBreak/>
        <w:t>Il/La sottoscritto/a, consapevole delle sanzioni penali previste dall'art. 76 del D.P.R. 28/12/2000 n. 445 in caso di dichiarazioni mendaci e falsità in atti, dichiara sotto la propria personale responsabilità che le informazioni sopra riportate rispondono a verità.</w:t>
      </w:r>
      <w:r w:rsidRPr="007848E5">
        <w:rPr>
          <w:rFonts w:ascii="Calibri" w:hAnsi="Calibri"/>
          <w:color w:val="3C3C3C"/>
          <w:sz w:val="17"/>
          <w:lang w:val="it-IT"/>
        </w:rPr>
        <w:br/>
        <w:t>Autorizza inoltre il Comune di Palagiano al trattamento dei dati personali ai sensi del Regolamento UE 2016/679 (GDPR) per le finalità legate alla gestione della presente istanza e alla rettifica dell'avviso di pagamento TARI 2026.</w:t>
      </w:r>
    </w:p>
    <w:p w14:paraId="513DC07D" w14:textId="77777777" w:rsidR="00366C74" w:rsidRPr="007848E5" w:rsidRDefault="00366C74">
      <w:pPr>
        <w:spacing w:before="160" w:after="8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24"/>
      </w:tblGrid>
      <w:tr w:rsidR="00366C74" w14:paraId="490865F8" w14:textId="77777777">
        <w:trPr>
          <w:jc w:val="center"/>
        </w:trPr>
        <w:tc>
          <w:tcPr>
            <w:tcW w:w="10224" w:type="dxa"/>
            <w:shd w:val="clear" w:color="auto" w:fill="003366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0E6A14" w14:textId="77777777" w:rsidR="00366C74" w:rsidRDefault="00000000"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>4. ALLEGATI OBBLIGATORI</w:t>
            </w:r>
          </w:p>
        </w:tc>
      </w:tr>
    </w:tbl>
    <w:p w14:paraId="623CB9BA" w14:textId="77777777" w:rsidR="00366C74" w:rsidRPr="007848E5" w:rsidRDefault="00000000">
      <w:pPr>
        <w:spacing w:before="40" w:after="60"/>
        <w:rPr>
          <w:lang w:val="it-IT"/>
        </w:rPr>
      </w:pPr>
      <w:r w:rsidRPr="007848E5">
        <w:rPr>
          <w:sz w:val="19"/>
          <w:lang w:val="it-IT"/>
        </w:rPr>
        <w:t xml:space="preserve">  •  </w:t>
      </w:r>
      <w:proofErr w:type="gramStart"/>
      <w:r w:rsidRPr="007848E5">
        <w:rPr>
          <w:sz w:val="19"/>
          <w:lang w:val="it-IT"/>
        </w:rPr>
        <w:t xml:space="preserve">☐  </w:t>
      </w:r>
      <w:r w:rsidRPr="007848E5">
        <w:rPr>
          <w:rFonts w:ascii="Calibri" w:hAnsi="Calibri"/>
          <w:sz w:val="18"/>
          <w:lang w:val="it-IT"/>
        </w:rPr>
        <w:t>Fotocopia</w:t>
      </w:r>
      <w:proofErr w:type="gramEnd"/>
      <w:r w:rsidRPr="007848E5">
        <w:rPr>
          <w:rFonts w:ascii="Calibri" w:hAnsi="Calibri"/>
          <w:sz w:val="18"/>
          <w:lang w:val="it-IT"/>
        </w:rPr>
        <w:t xml:space="preserve"> di un documento di riconoscimento in corso di validità del richiedente.</w:t>
      </w:r>
    </w:p>
    <w:p w14:paraId="4EADFE38" w14:textId="77777777" w:rsidR="00366C74" w:rsidRPr="007848E5" w:rsidRDefault="00000000">
      <w:pPr>
        <w:spacing w:after="60"/>
        <w:rPr>
          <w:lang w:val="it-IT"/>
        </w:rPr>
      </w:pPr>
      <w:r w:rsidRPr="007848E5">
        <w:rPr>
          <w:sz w:val="19"/>
          <w:lang w:val="it-IT"/>
        </w:rPr>
        <w:t xml:space="preserve">  •  </w:t>
      </w:r>
      <w:proofErr w:type="gramStart"/>
      <w:r w:rsidRPr="007848E5">
        <w:rPr>
          <w:sz w:val="19"/>
          <w:lang w:val="it-IT"/>
        </w:rPr>
        <w:t xml:space="preserve">☐  </w:t>
      </w:r>
      <w:r w:rsidRPr="007848E5">
        <w:rPr>
          <w:rFonts w:ascii="Calibri" w:hAnsi="Calibri"/>
          <w:sz w:val="18"/>
          <w:lang w:val="it-IT"/>
        </w:rPr>
        <w:t>Attestazione</w:t>
      </w:r>
      <w:proofErr w:type="gramEnd"/>
      <w:r w:rsidRPr="007848E5">
        <w:rPr>
          <w:rFonts w:ascii="Calibri" w:hAnsi="Calibri"/>
          <w:sz w:val="18"/>
          <w:lang w:val="it-IT"/>
        </w:rPr>
        <w:t xml:space="preserve"> ISEE in corso di validità (qualora sia stato selezionato il Requisito ISEE).</w:t>
      </w:r>
    </w:p>
    <w:p w14:paraId="03FE8888" w14:textId="77777777" w:rsidR="00366C74" w:rsidRPr="007848E5" w:rsidRDefault="00000000">
      <w:pPr>
        <w:spacing w:after="240"/>
        <w:rPr>
          <w:lang w:val="it-IT"/>
        </w:rPr>
      </w:pPr>
      <w:r w:rsidRPr="007848E5">
        <w:rPr>
          <w:sz w:val="19"/>
          <w:lang w:val="it-IT"/>
        </w:rPr>
        <w:t xml:space="preserve">  •  </w:t>
      </w:r>
      <w:proofErr w:type="gramStart"/>
      <w:r w:rsidRPr="007848E5">
        <w:rPr>
          <w:sz w:val="19"/>
          <w:lang w:val="it-IT"/>
        </w:rPr>
        <w:t xml:space="preserve">☐  </w:t>
      </w:r>
      <w:r w:rsidRPr="007848E5">
        <w:rPr>
          <w:rFonts w:ascii="Calibri" w:hAnsi="Calibri"/>
          <w:sz w:val="18"/>
          <w:lang w:val="it-IT"/>
        </w:rPr>
        <w:t>Documentazione</w:t>
      </w:r>
      <w:proofErr w:type="gramEnd"/>
      <w:r w:rsidRPr="007848E5">
        <w:rPr>
          <w:rFonts w:ascii="Calibri" w:hAnsi="Calibri"/>
          <w:sz w:val="18"/>
          <w:lang w:val="it-IT"/>
        </w:rPr>
        <w:t xml:space="preserve"> attestante i benefici della L. 104/92 (qualora sia stato selezionato il Requisito L. 104/92).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5616"/>
      </w:tblGrid>
      <w:tr w:rsidR="00366C74" w14:paraId="2771B448" w14:textId="77777777">
        <w:trPr>
          <w:jc w:val="center"/>
        </w:trPr>
        <w:tc>
          <w:tcPr>
            <w:tcW w:w="4608" w:type="dxa"/>
          </w:tcPr>
          <w:p w14:paraId="56C8893E" w14:textId="77777777" w:rsidR="00366C74" w:rsidRDefault="00000000">
            <w:pPr>
              <w:spacing w:after="300"/>
            </w:pPr>
            <w:proofErr w:type="spellStart"/>
            <w:r>
              <w:rPr>
                <w:rFonts w:ascii="Calibri" w:hAnsi="Calibri"/>
                <w:b/>
                <w:color w:val="003366"/>
                <w:sz w:val="18"/>
              </w:rPr>
              <w:t>Luogo</w:t>
            </w:r>
            <w:proofErr w:type="spellEnd"/>
            <w:r>
              <w:rPr>
                <w:rFonts w:ascii="Calibri" w:hAnsi="Calibri"/>
                <w:b/>
                <w:color w:val="003366"/>
                <w:sz w:val="18"/>
              </w:rPr>
              <w:t xml:space="preserve"> e Data:</w:t>
            </w:r>
            <w:r>
              <w:rPr>
                <w:rFonts w:ascii="Calibri" w:hAnsi="Calibri"/>
                <w:b/>
                <w:color w:val="003366"/>
                <w:sz w:val="18"/>
              </w:rPr>
              <w:br/>
            </w:r>
            <w:r>
              <w:rPr>
                <w:rFonts w:ascii="Calibri" w:hAnsi="Calibri"/>
                <w:sz w:val="18"/>
              </w:rPr>
              <w:t>Palagiano, ____ / ____ / 2026</w:t>
            </w:r>
          </w:p>
        </w:tc>
        <w:tc>
          <w:tcPr>
            <w:tcW w:w="5616" w:type="dxa"/>
          </w:tcPr>
          <w:p w14:paraId="6646066F" w14:textId="77777777" w:rsidR="00366C74" w:rsidRDefault="00000000">
            <w:pPr>
              <w:spacing w:after="500"/>
              <w:jc w:val="center"/>
            </w:pPr>
            <w:r>
              <w:rPr>
                <w:rFonts w:ascii="Calibri" w:hAnsi="Calibri"/>
                <w:b/>
                <w:color w:val="003366"/>
                <w:sz w:val="18"/>
              </w:rPr>
              <w:t>Firma del Richiedente:</w:t>
            </w:r>
          </w:p>
        </w:tc>
      </w:tr>
      <w:tr w:rsidR="00366C74" w14:paraId="5E32A9CB" w14:textId="77777777">
        <w:trPr>
          <w:jc w:val="center"/>
        </w:trPr>
        <w:tc>
          <w:tcPr>
            <w:tcW w:w="4608" w:type="dxa"/>
          </w:tcPr>
          <w:p w14:paraId="501DED78" w14:textId="77777777" w:rsidR="00366C74" w:rsidRDefault="00366C74"/>
        </w:tc>
        <w:tc>
          <w:tcPr>
            <w:tcW w:w="5616" w:type="dxa"/>
          </w:tcPr>
          <w:p w14:paraId="272C0117" w14:textId="77777777" w:rsidR="00366C74" w:rsidRDefault="00000000">
            <w:pPr>
              <w:jc w:val="center"/>
            </w:pPr>
            <w:r>
              <w:rPr>
                <w:color w:val="787878"/>
                <w:sz w:val="18"/>
              </w:rPr>
              <w:t>__________________________________________________</w:t>
            </w:r>
          </w:p>
        </w:tc>
      </w:tr>
    </w:tbl>
    <w:p w14:paraId="58A8B3CD" w14:textId="77777777" w:rsidR="00480208" w:rsidRDefault="00480208"/>
    <w:sectPr w:rsidR="00480208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9615722">
    <w:abstractNumId w:val="8"/>
  </w:num>
  <w:num w:numId="2" w16cid:durableId="1162115429">
    <w:abstractNumId w:val="6"/>
  </w:num>
  <w:num w:numId="3" w16cid:durableId="10494120">
    <w:abstractNumId w:val="5"/>
  </w:num>
  <w:num w:numId="4" w16cid:durableId="556860562">
    <w:abstractNumId w:val="4"/>
  </w:num>
  <w:num w:numId="5" w16cid:durableId="807668760">
    <w:abstractNumId w:val="7"/>
  </w:num>
  <w:num w:numId="6" w16cid:durableId="1007513350">
    <w:abstractNumId w:val="3"/>
  </w:num>
  <w:num w:numId="7" w16cid:durableId="1317149183">
    <w:abstractNumId w:val="2"/>
  </w:num>
  <w:num w:numId="8" w16cid:durableId="239295641">
    <w:abstractNumId w:val="1"/>
  </w:num>
  <w:num w:numId="9" w16cid:durableId="810487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6C74"/>
    <w:rsid w:val="003F7CC9"/>
    <w:rsid w:val="004325C2"/>
    <w:rsid w:val="00480208"/>
    <w:rsid w:val="007848E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28B41"/>
  <w14:defaultImageDpi w14:val="300"/>
  <w15:docId w15:val="{33305874-5286-4FAE-897E-A29DD98B3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Marianna Scalera</cp:lastModifiedBy>
  <cp:revision>2</cp:revision>
  <cp:lastPrinted>2026-08-04T07:26:00Z</cp:lastPrinted>
  <dcterms:created xsi:type="dcterms:W3CDTF">2013-12-23T23:15:00Z</dcterms:created>
  <dcterms:modified xsi:type="dcterms:W3CDTF">2026-08-04T08:10:00Z</dcterms:modified>
  <cp:category/>
</cp:coreProperties>
</file>