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0DBF4" w14:textId="77777777" w:rsidR="00B06E8E" w:rsidRPr="00D2791D" w:rsidRDefault="00000000">
      <w:pPr>
        <w:rPr>
          <w:lang w:val="it-IT"/>
        </w:rPr>
      </w:pPr>
      <w:r w:rsidRPr="00D2791D">
        <w:rPr>
          <w:b/>
          <w:lang w:val="it-IT"/>
        </w:rPr>
        <w:t>Allegato B</w:t>
      </w:r>
    </w:p>
    <w:p w14:paraId="4D12E087" w14:textId="77777777" w:rsidR="00B06E8E" w:rsidRPr="00D2791D" w:rsidRDefault="00000000">
      <w:pPr>
        <w:jc w:val="center"/>
        <w:rPr>
          <w:lang w:val="it-IT"/>
        </w:rPr>
      </w:pPr>
      <w:r w:rsidRPr="00D2791D">
        <w:rPr>
          <w:b/>
          <w:lang w:val="it-IT"/>
        </w:rPr>
        <w:t>COMUNE DI PALAGIANO</w:t>
      </w:r>
    </w:p>
    <w:p w14:paraId="683C806B" w14:textId="77777777" w:rsidR="00B06E8E" w:rsidRDefault="00000000">
      <w:pPr>
        <w:jc w:val="center"/>
        <w:rPr>
          <w:lang w:val="it-IT"/>
        </w:rPr>
      </w:pPr>
      <w:r w:rsidRPr="00D2791D">
        <w:rPr>
          <w:lang w:val="it-IT"/>
        </w:rPr>
        <w:t>Provincia di Taranto</w:t>
      </w:r>
    </w:p>
    <w:p w14:paraId="0CE99D7E" w14:textId="77777777" w:rsidR="00BB75D4" w:rsidRPr="00D2791D" w:rsidRDefault="00BB75D4">
      <w:pPr>
        <w:jc w:val="center"/>
        <w:rPr>
          <w:lang w:val="it-IT"/>
        </w:rPr>
      </w:pPr>
    </w:p>
    <w:p w14:paraId="74177FDB" w14:textId="65803F08" w:rsidR="00B06E8E" w:rsidRPr="00D2791D" w:rsidRDefault="00000000" w:rsidP="00BB75D4">
      <w:pPr>
        <w:jc w:val="right"/>
        <w:rPr>
          <w:lang w:val="it-IT"/>
        </w:rPr>
      </w:pPr>
      <w:r w:rsidRPr="00D2791D">
        <w:rPr>
          <w:lang w:val="it-IT"/>
        </w:rPr>
        <w:t>Spett.le Comune di Palagiano</w:t>
      </w:r>
      <w:r w:rsidRPr="00D2791D">
        <w:rPr>
          <w:lang w:val="it-IT"/>
        </w:rPr>
        <w:br/>
        <w:t>Area 5 – Stato Civile, Demografico, Elettorale</w:t>
      </w:r>
      <w:r w:rsidRPr="00D2791D">
        <w:rPr>
          <w:lang w:val="it-IT"/>
        </w:rPr>
        <w:br/>
        <w:t>Corso Vittorio Emanuele n. 4 – 74019 Palagiano (TA)</w:t>
      </w:r>
      <w:r w:rsidRPr="00D2791D">
        <w:rPr>
          <w:lang w:val="it-IT"/>
        </w:rPr>
        <w:br/>
        <w:t>PEC comunepalagiano.servizidemografici@postecert.it</w:t>
      </w:r>
    </w:p>
    <w:p w14:paraId="4490DF7B" w14:textId="03FF064E" w:rsidR="00B06E8E" w:rsidRPr="00D2791D" w:rsidRDefault="00000000" w:rsidP="00BB75D4">
      <w:pPr>
        <w:jc w:val="right"/>
        <w:rPr>
          <w:lang w:val="it-IT"/>
        </w:rPr>
      </w:pPr>
      <w:r w:rsidRPr="00D2791D">
        <w:rPr>
          <w:lang w:val="it-IT"/>
        </w:rPr>
        <w:t xml:space="preserve">Protocollo riservato all’ufficio __________________    </w:t>
      </w:r>
    </w:p>
    <w:p w14:paraId="04DA5352" w14:textId="77777777" w:rsidR="00B06E8E" w:rsidRPr="00D2791D" w:rsidRDefault="00000000">
      <w:pPr>
        <w:pStyle w:val="Titolo"/>
        <w:jc w:val="center"/>
        <w:rPr>
          <w:lang w:val="it-IT"/>
        </w:rPr>
      </w:pPr>
      <w:r w:rsidRPr="00D2791D">
        <w:rPr>
          <w:b/>
          <w:color w:val="000000"/>
          <w:sz w:val="32"/>
          <w:lang w:val="it-IT"/>
        </w:rPr>
        <w:t>Domanda di partecipazione</w:t>
      </w:r>
    </w:p>
    <w:p w14:paraId="46BB17E7" w14:textId="77777777" w:rsidR="00B06E8E" w:rsidRPr="00D2791D" w:rsidRDefault="00000000" w:rsidP="00820E87">
      <w:pPr>
        <w:jc w:val="both"/>
        <w:rPr>
          <w:lang w:val="it-IT"/>
        </w:rPr>
      </w:pPr>
      <w:r w:rsidRPr="00D2791D">
        <w:rPr>
          <w:b/>
          <w:lang w:val="it-IT"/>
        </w:rPr>
        <w:t>Manifestazione di interesse per la concessione in comodato gratuito di spazi da destinare a uffici separati di stato civile per matrimoni civili e unioni civili</w:t>
      </w:r>
    </w:p>
    <w:p w14:paraId="1290CBB8" w14:textId="6915BED2" w:rsidR="00B06E8E" w:rsidRPr="00D2791D" w:rsidRDefault="00000000" w:rsidP="00820E87">
      <w:pPr>
        <w:jc w:val="both"/>
        <w:rPr>
          <w:lang w:val="it-IT"/>
        </w:rPr>
      </w:pPr>
      <w:r w:rsidRPr="00D2791D">
        <w:rPr>
          <w:lang w:val="it-IT"/>
        </w:rPr>
        <w:t>Io sottoscritto/a ______________________________________________________________</w:t>
      </w:r>
      <w:r w:rsidRPr="00D2791D">
        <w:rPr>
          <w:lang w:val="it-IT"/>
        </w:rPr>
        <w:br/>
        <w:t xml:space="preserve">nato/a </w:t>
      </w:r>
      <w:proofErr w:type="spellStart"/>
      <w:r w:rsidRPr="00D2791D">
        <w:rPr>
          <w:lang w:val="it-IT"/>
        </w:rPr>
        <w:t>a</w:t>
      </w:r>
      <w:proofErr w:type="spellEnd"/>
      <w:r w:rsidRPr="00D2791D">
        <w:rPr>
          <w:lang w:val="it-IT"/>
        </w:rPr>
        <w:t xml:space="preserve"> __________________________________ (____) il __________________________</w:t>
      </w:r>
      <w:r w:rsidRPr="00D2791D">
        <w:rPr>
          <w:lang w:val="it-IT"/>
        </w:rPr>
        <w:br/>
        <w:t>Codice fiscale ________________________________________________________________</w:t>
      </w:r>
      <w:r w:rsidRPr="00D2791D">
        <w:rPr>
          <w:lang w:val="it-IT"/>
        </w:rPr>
        <w:br/>
        <w:t>residente a __________________________ (____), via _____________________ n. _____</w:t>
      </w:r>
      <w:r w:rsidR="00820E87">
        <w:rPr>
          <w:lang w:val="it-IT"/>
        </w:rPr>
        <w:t>____________</w:t>
      </w:r>
    </w:p>
    <w:p w14:paraId="57E3FA4E" w14:textId="4F26DCA1" w:rsidR="00B06E8E" w:rsidRPr="00D2791D" w:rsidRDefault="00000000" w:rsidP="00820E87">
      <w:pPr>
        <w:jc w:val="both"/>
        <w:rPr>
          <w:lang w:val="it-IT"/>
        </w:rPr>
      </w:pPr>
      <w:r w:rsidRPr="00D2791D">
        <w:rPr>
          <w:lang w:val="it-IT"/>
        </w:rPr>
        <w:t>in qualità di _________________________________________________________________</w:t>
      </w:r>
      <w:r w:rsidR="00820E87">
        <w:rPr>
          <w:lang w:val="it-IT"/>
        </w:rPr>
        <w:t>__________</w:t>
      </w:r>
    </w:p>
    <w:p w14:paraId="60065F78" w14:textId="77777777" w:rsidR="00B06E8E" w:rsidRPr="00D2791D" w:rsidRDefault="00000000" w:rsidP="00820E87">
      <w:pPr>
        <w:jc w:val="both"/>
        <w:rPr>
          <w:lang w:val="it-IT"/>
        </w:rPr>
      </w:pPr>
      <w:r w:rsidRPr="00D2791D">
        <w:rPr>
          <w:lang w:val="it-IT"/>
        </w:rPr>
        <w:t>dell’impresa/società/altro soggetto _______________________________________________</w:t>
      </w:r>
    </w:p>
    <w:p w14:paraId="698B3DC6" w14:textId="77777777" w:rsidR="00820E87" w:rsidRDefault="00000000" w:rsidP="00820E87">
      <w:pPr>
        <w:jc w:val="both"/>
        <w:rPr>
          <w:lang w:val="it-IT"/>
        </w:rPr>
      </w:pPr>
      <w:r w:rsidRPr="00D2791D">
        <w:rPr>
          <w:lang w:val="it-IT"/>
        </w:rPr>
        <w:t>Sede legale ______________________________ via ________________________ n. _____</w:t>
      </w:r>
    </w:p>
    <w:p w14:paraId="6F897654" w14:textId="315A2005" w:rsidR="00B06E8E" w:rsidRPr="00D2791D" w:rsidRDefault="00000000" w:rsidP="00820E87">
      <w:pPr>
        <w:jc w:val="both"/>
        <w:rPr>
          <w:lang w:val="it-IT"/>
        </w:rPr>
      </w:pPr>
      <w:r w:rsidRPr="00D2791D">
        <w:rPr>
          <w:lang w:val="it-IT"/>
        </w:rPr>
        <w:br/>
        <w:t xml:space="preserve">Codice fiscale ________________________ </w:t>
      </w:r>
      <w:r w:rsidR="00820E87">
        <w:rPr>
          <w:lang w:val="it-IT"/>
        </w:rPr>
        <w:t xml:space="preserve">         </w:t>
      </w:r>
      <w:r w:rsidRPr="00D2791D">
        <w:rPr>
          <w:lang w:val="it-IT"/>
        </w:rPr>
        <w:t>Partita IVA _____________________________</w:t>
      </w:r>
    </w:p>
    <w:p w14:paraId="078D5866" w14:textId="2CD6391F" w:rsidR="00B06E8E" w:rsidRPr="00D2791D" w:rsidRDefault="00000000" w:rsidP="00820E87">
      <w:pPr>
        <w:jc w:val="both"/>
        <w:rPr>
          <w:lang w:val="it-IT"/>
        </w:rPr>
      </w:pPr>
      <w:r w:rsidRPr="00D2791D">
        <w:rPr>
          <w:lang w:val="it-IT"/>
        </w:rPr>
        <w:t xml:space="preserve">Telefono ________________________ </w:t>
      </w:r>
      <w:r w:rsidR="00820E87">
        <w:rPr>
          <w:lang w:val="it-IT"/>
        </w:rPr>
        <w:t xml:space="preserve">                 </w:t>
      </w:r>
      <w:r w:rsidRPr="00D2791D">
        <w:rPr>
          <w:lang w:val="it-IT"/>
        </w:rPr>
        <w:t>PEC _______________________________________</w:t>
      </w:r>
    </w:p>
    <w:p w14:paraId="7CEB93D1" w14:textId="77777777" w:rsidR="00820E87" w:rsidRDefault="00000000" w:rsidP="00820E87">
      <w:pPr>
        <w:jc w:val="both"/>
        <w:rPr>
          <w:lang w:val="it-IT"/>
        </w:rPr>
      </w:pPr>
      <w:r w:rsidRPr="00D2791D">
        <w:rPr>
          <w:lang w:val="it-IT"/>
        </w:rPr>
        <w:t>e-mail___________________________________________</w:t>
      </w:r>
    </w:p>
    <w:p w14:paraId="5484F97A" w14:textId="7158F63E" w:rsidR="00B06E8E" w:rsidRPr="00D2791D" w:rsidRDefault="00000000" w:rsidP="00820E87">
      <w:pPr>
        <w:jc w:val="both"/>
        <w:rPr>
          <w:lang w:val="it-IT"/>
        </w:rPr>
      </w:pPr>
      <w:r w:rsidRPr="00D2791D">
        <w:rPr>
          <w:lang w:val="it-IT"/>
        </w:rPr>
        <w:br/>
        <w:t>Denominazione della struttura o dell’immobile proposto: __________________________________</w:t>
      </w:r>
      <w:r w:rsidRPr="00D2791D">
        <w:rPr>
          <w:lang w:val="it-IT"/>
        </w:rPr>
        <w:br/>
        <w:t>Ubicazione in Palagiano, via/piazza __________________________________________ n. ______</w:t>
      </w:r>
    </w:p>
    <w:p w14:paraId="0C638E8C" w14:textId="77777777" w:rsidR="00B06E8E" w:rsidRPr="00D2791D" w:rsidRDefault="00000000" w:rsidP="00820E87">
      <w:pPr>
        <w:jc w:val="both"/>
        <w:rPr>
          <w:lang w:val="it-IT"/>
        </w:rPr>
      </w:pPr>
      <w:r w:rsidRPr="00D2791D">
        <w:rPr>
          <w:lang w:val="it-IT"/>
        </w:rPr>
        <w:t xml:space="preserve">in relazione all’avviso pubblico approvato con determinazione n. </w:t>
      </w:r>
      <w:r w:rsidRPr="00BB75D4">
        <w:rPr>
          <w:highlight w:val="yellow"/>
          <w:lang w:val="it-IT"/>
        </w:rPr>
        <w:t>______</w:t>
      </w:r>
      <w:r w:rsidRPr="00D2791D">
        <w:rPr>
          <w:lang w:val="it-IT"/>
        </w:rPr>
        <w:t xml:space="preserve"> del _</w:t>
      </w:r>
      <w:r w:rsidRPr="00BB75D4">
        <w:rPr>
          <w:highlight w:val="yellow"/>
          <w:lang w:val="it-IT"/>
        </w:rPr>
        <w:t>_________</w:t>
      </w:r>
      <w:r w:rsidRPr="00D2791D">
        <w:rPr>
          <w:lang w:val="it-IT"/>
        </w:rPr>
        <w:t>, finalizzato all’individuazione di sedi per matrimoni civili e unioni civili, ai sensi degli artt. 46 e 47 del D.P.R. n. 445/2000, consapevole delle sanzioni penali previste dall’art. 76 per falsità in atti e dichiarazioni mendaci e delle conseguenze previste dall’art. 75 del medesimo decreto,</w:t>
      </w:r>
    </w:p>
    <w:p w14:paraId="62604070" w14:textId="77777777" w:rsidR="00B06E8E" w:rsidRPr="00D2791D" w:rsidRDefault="00000000" w:rsidP="00820E87">
      <w:pPr>
        <w:keepNext/>
        <w:jc w:val="center"/>
        <w:rPr>
          <w:lang w:val="it-IT"/>
        </w:rPr>
      </w:pPr>
      <w:r w:rsidRPr="00D2791D">
        <w:rPr>
          <w:b/>
          <w:lang w:val="it-IT"/>
        </w:rPr>
        <w:t>DICHIARO</w:t>
      </w:r>
    </w:p>
    <w:p w14:paraId="2194EFA4" w14:textId="77777777" w:rsidR="00B06E8E" w:rsidRPr="00D2791D" w:rsidRDefault="00000000" w:rsidP="00820E87">
      <w:pPr>
        <w:jc w:val="both"/>
        <w:rPr>
          <w:lang w:val="it-IT"/>
        </w:rPr>
      </w:pPr>
      <w:r w:rsidRPr="00D2791D">
        <w:rPr>
          <w:lang w:val="it-IT"/>
        </w:rPr>
        <w:t>- di manifestare l’interesse a partecipare alla procedura di individuazione di sedi separate di Ufficio dello Stato Civile per la celebrazione di matrimoni civili /costituzione unioni civili;</w:t>
      </w:r>
    </w:p>
    <w:p w14:paraId="69BA3015" w14:textId="77777777" w:rsidR="00B06E8E" w:rsidRPr="00D2791D" w:rsidRDefault="00000000">
      <w:pPr>
        <w:rPr>
          <w:lang w:val="it-IT"/>
        </w:rPr>
      </w:pPr>
      <w:r w:rsidRPr="00D2791D">
        <w:rPr>
          <w:lang w:val="it-IT"/>
        </w:rPr>
        <w:t>- di mettere a disposizione del Comune di Palagiano, in comodato gratuito per tre anni, il seguente locale e le relative pertinenze (breve descrizione):</w:t>
      </w:r>
      <w:r w:rsidRPr="00D2791D">
        <w:rPr>
          <w:lang w:val="it-IT"/>
        </w:rPr>
        <w:br/>
        <w:t>____________________________________________________________________________</w:t>
      </w:r>
    </w:p>
    <w:p w14:paraId="26D376BD" w14:textId="77777777" w:rsidR="00B06E8E" w:rsidRPr="00D2791D" w:rsidRDefault="00000000">
      <w:pPr>
        <w:rPr>
          <w:lang w:val="it-IT"/>
        </w:rPr>
      </w:pPr>
      <w:r w:rsidRPr="00D2791D">
        <w:rPr>
          <w:lang w:val="it-IT"/>
        </w:rPr>
        <w:t>__________________________________________________________________________</w:t>
      </w:r>
    </w:p>
    <w:p w14:paraId="197EF3B9" w14:textId="77777777" w:rsidR="00B06E8E" w:rsidRPr="00D2791D" w:rsidRDefault="00000000">
      <w:pPr>
        <w:rPr>
          <w:lang w:val="it-IT"/>
        </w:rPr>
      </w:pPr>
      <w:r w:rsidRPr="00D2791D">
        <w:rPr>
          <w:lang w:val="it-IT"/>
        </w:rPr>
        <w:t>__________________________________________________________________________</w:t>
      </w:r>
    </w:p>
    <w:p w14:paraId="3658C97D" w14:textId="77777777" w:rsidR="00B06E8E" w:rsidRPr="00D2791D" w:rsidRDefault="00000000" w:rsidP="00820E87">
      <w:pPr>
        <w:jc w:val="both"/>
        <w:rPr>
          <w:lang w:val="it-IT"/>
        </w:rPr>
      </w:pPr>
      <w:r w:rsidRPr="00D2791D">
        <w:rPr>
          <w:lang w:val="it-IT"/>
        </w:rPr>
        <w:t>- che il locale, di cui alla planimetria allegata, risponde al requisito di idoneità di ricezione di persone e verrà adeguatamente arredato e attrezzato per la celebrazione;</w:t>
      </w:r>
    </w:p>
    <w:p w14:paraId="07368C9E" w14:textId="77777777" w:rsidR="00B06E8E" w:rsidRPr="00D2791D" w:rsidRDefault="00000000">
      <w:pPr>
        <w:rPr>
          <w:lang w:val="it-IT"/>
        </w:rPr>
      </w:pPr>
      <w:r w:rsidRPr="00D2791D">
        <w:rPr>
          <w:lang w:val="it-IT"/>
        </w:rPr>
        <w:br w:type="page"/>
      </w:r>
    </w:p>
    <w:p w14:paraId="52BD3275" w14:textId="77777777" w:rsidR="00B06E8E" w:rsidRPr="00D2791D" w:rsidRDefault="00000000" w:rsidP="00820E87">
      <w:pPr>
        <w:keepNext/>
        <w:jc w:val="center"/>
        <w:rPr>
          <w:lang w:val="it-IT"/>
        </w:rPr>
      </w:pPr>
      <w:r w:rsidRPr="00D2791D">
        <w:rPr>
          <w:b/>
          <w:lang w:val="it-IT"/>
        </w:rPr>
        <w:lastRenderedPageBreak/>
        <w:t>Dichiarazioni relative all’immobile e agli impegni del richiedente</w:t>
      </w:r>
    </w:p>
    <w:p w14:paraId="3F45A106" w14:textId="49178FE8" w:rsidR="00B06E8E" w:rsidRPr="00D2791D" w:rsidRDefault="00000000" w:rsidP="00820E87">
      <w:pPr>
        <w:jc w:val="both"/>
        <w:rPr>
          <w:lang w:val="it-IT"/>
        </w:rPr>
      </w:pPr>
      <w:r w:rsidRPr="00D2791D">
        <w:rPr>
          <w:lang w:val="it-IT"/>
        </w:rPr>
        <w:t>-di aver preso visione e di accettare tutte le disposizioni contenute nell’avviso esplorativo di manifestazione di interesse;</w:t>
      </w:r>
    </w:p>
    <w:p w14:paraId="6D3F39F2" w14:textId="0B2943B8" w:rsidR="00B06E8E" w:rsidRPr="00D2791D" w:rsidRDefault="00000000" w:rsidP="00820E87">
      <w:pPr>
        <w:jc w:val="both"/>
        <w:rPr>
          <w:lang w:val="it-IT"/>
        </w:rPr>
      </w:pPr>
      <w:r w:rsidRPr="00D2791D">
        <w:rPr>
          <w:lang w:val="it-IT"/>
        </w:rPr>
        <w:t>-di impegnarmi a presentare eventuale ulteriore documentazione necessaria per il perfezionamento della procedura;</w:t>
      </w:r>
    </w:p>
    <w:p w14:paraId="42FC315C" w14:textId="62FFD207" w:rsidR="00B06E8E" w:rsidRPr="00D2791D" w:rsidRDefault="00000000" w:rsidP="00820E87">
      <w:pPr>
        <w:jc w:val="both"/>
        <w:rPr>
          <w:lang w:val="it-IT"/>
        </w:rPr>
      </w:pPr>
      <w:r w:rsidRPr="00D2791D">
        <w:rPr>
          <w:lang w:val="it-IT"/>
        </w:rPr>
        <w:t xml:space="preserve">-che l’immobile è ubicato nel Comune di Palagiano (TA), in </w:t>
      </w:r>
      <w:r w:rsidR="00820E87">
        <w:rPr>
          <w:lang w:val="it-IT"/>
        </w:rPr>
        <w:t xml:space="preserve">    </w:t>
      </w:r>
      <w:r w:rsidRPr="00D2791D">
        <w:rPr>
          <w:lang w:val="it-IT"/>
        </w:rPr>
        <w:t>via___________________________________ ed è</w:t>
      </w:r>
      <w:r w:rsidR="00820E87">
        <w:rPr>
          <w:lang w:val="it-IT"/>
        </w:rPr>
        <w:t xml:space="preserve"> </w:t>
      </w:r>
      <w:r w:rsidRPr="00D2791D">
        <w:rPr>
          <w:lang w:val="it-IT"/>
        </w:rPr>
        <w:t xml:space="preserve">contraddistinto dai seguenti identificativi catastali: Foglio ___, particella ___ Sub __; </w:t>
      </w:r>
      <w:proofErr w:type="spellStart"/>
      <w:r w:rsidRPr="00D2791D">
        <w:rPr>
          <w:lang w:val="it-IT"/>
        </w:rPr>
        <w:t>Cat</w:t>
      </w:r>
      <w:proofErr w:type="spellEnd"/>
      <w:r w:rsidRPr="00D2791D">
        <w:rPr>
          <w:lang w:val="it-IT"/>
        </w:rPr>
        <w:t>. ___, Classe ___;</w:t>
      </w:r>
    </w:p>
    <w:p w14:paraId="5FFE5C41" w14:textId="2DB12598" w:rsidR="00B06E8E" w:rsidRPr="00D2791D" w:rsidRDefault="00000000" w:rsidP="00820E87">
      <w:pPr>
        <w:jc w:val="both"/>
        <w:rPr>
          <w:lang w:val="it-IT"/>
        </w:rPr>
      </w:pPr>
      <w:r w:rsidRPr="00D2791D">
        <w:rPr>
          <w:lang w:val="it-IT"/>
        </w:rPr>
        <w:t>- che l’immobile è conforme alle disposizioni applicabili in materia di impianti, accessibilità e</w:t>
      </w:r>
      <w:r w:rsidR="00820E87">
        <w:rPr>
          <w:lang w:val="it-IT"/>
        </w:rPr>
        <w:t xml:space="preserve"> </w:t>
      </w:r>
      <w:r w:rsidRPr="00D2791D">
        <w:rPr>
          <w:lang w:val="it-IT"/>
        </w:rPr>
        <w:t>superamento delle barriere architettoniche, salute e sicurezza e prevenzione incendi, con capienza</w:t>
      </w:r>
      <w:r w:rsidR="00820E87">
        <w:rPr>
          <w:lang w:val="it-IT"/>
        </w:rPr>
        <w:t xml:space="preserve"> </w:t>
      </w:r>
      <w:r w:rsidRPr="00D2791D">
        <w:rPr>
          <w:lang w:val="it-IT"/>
        </w:rPr>
        <w:t>massima di ______ persone, nel rispetto delle disposizioni sanitarie vigenti;</w:t>
      </w:r>
    </w:p>
    <w:p w14:paraId="3C260E8B" w14:textId="77777777" w:rsidR="00B06E8E" w:rsidRPr="00D2791D" w:rsidRDefault="00000000">
      <w:pPr>
        <w:rPr>
          <w:lang w:val="it-IT"/>
        </w:rPr>
      </w:pPr>
      <w:r w:rsidRPr="00D2791D">
        <w:rPr>
          <w:lang w:val="it-IT"/>
        </w:rPr>
        <w:t>- che l’immobile è conforme alla disciplina urbanistico-edilizia, dispone del titolo di agibilità richiesto e presenta una destinazione d’uso compatibile con le finalità dell’avviso;</w:t>
      </w:r>
    </w:p>
    <w:p w14:paraId="1B08B7AD" w14:textId="77777777" w:rsidR="00B06E8E" w:rsidRPr="00D2791D" w:rsidRDefault="00000000">
      <w:pPr>
        <w:rPr>
          <w:lang w:val="it-IT"/>
        </w:rPr>
      </w:pPr>
      <w:r w:rsidRPr="00D2791D">
        <w:rPr>
          <w:lang w:val="it-IT"/>
        </w:rPr>
        <w:t>- di avere la disponibilità dell’immobile in forza del seguente titolo giuridico: (barrare in corrispondenza della voce che ricorre):</w:t>
      </w:r>
    </w:p>
    <w:p w14:paraId="387B1EC5" w14:textId="77777777" w:rsidR="00B06E8E" w:rsidRPr="00D2791D" w:rsidRDefault="00000000">
      <w:pPr>
        <w:rPr>
          <w:lang w:val="it-IT"/>
        </w:rPr>
      </w:pPr>
      <w:r w:rsidRPr="00D2791D">
        <w:rPr>
          <w:lang w:val="it-IT"/>
        </w:rPr>
        <w:t>☐ proprietà;</w:t>
      </w:r>
    </w:p>
    <w:p w14:paraId="66584AE0" w14:textId="77777777" w:rsidR="00B06E8E" w:rsidRPr="00D2791D" w:rsidRDefault="00000000">
      <w:pPr>
        <w:rPr>
          <w:lang w:val="it-IT"/>
        </w:rPr>
      </w:pPr>
      <w:r w:rsidRPr="00D2791D">
        <w:rPr>
          <w:lang w:val="it-IT"/>
        </w:rPr>
        <w:t>☐ locazione;</w:t>
      </w:r>
    </w:p>
    <w:p w14:paraId="643D4F03" w14:textId="77777777" w:rsidR="00B06E8E" w:rsidRPr="00D2791D" w:rsidRDefault="00000000">
      <w:pPr>
        <w:rPr>
          <w:lang w:val="it-IT"/>
        </w:rPr>
      </w:pPr>
      <w:r w:rsidRPr="00D2791D">
        <w:rPr>
          <w:lang w:val="it-IT"/>
        </w:rPr>
        <w:t>☐ comodato;</w:t>
      </w:r>
    </w:p>
    <w:p w14:paraId="1F0D058D" w14:textId="77777777" w:rsidR="00B06E8E" w:rsidRPr="00D2791D" w:rsidRDefault="00000000">
      <w:pPr>
        <w:rPr>
          <w:lang w:val="it-IT"/>
        </w:rPr>
      </w:pPr>
      <w:r w:rsidRPr="00D2791D">
        <w:rPr>
          <w:lang w:val="it-IT"/>
        </w:rPr>
        <w:t>☐ altro titolo (specificare) ___________________________________________________;</w:t>
      </w:r>
    </w:p>
    <w:p w14:paraId="519AB56F" w14:textId="77777777" w:rsidR="00B06E8E" w:rsidRPr="00D2791D" w:rsidRDefault="00000000" w:rsidP="00820E87">
      <w:pPr>
        <w:jc w:val="both"/>
        <w:rPr>
          <w:lang w:val="it-IT"/>
        </w:rPr>
      </w:pPr>
      <w:r w:rsidRPr="00D2791D">
        <w:rPr>
          <w:lang w:val="it-IT"/>
        </w:rPr>
        <w:t>- che il titolo sopra indicato ha efficacia per l’intera durata del comodato e, se diverso dalla proprietà, consente espressamente la concessione degli spazi in comodato al Comune, con l’eventuale autorizzazione del proprietario allegata;</w:t>
      </w:r>
    </w:p>
    <w:p w14:paraId="372F3A8B" w14:textId="77777777" w:rsidR="00B06E8E" w:rsidRPr="00D2791D" w:rsidRDefault="00000000" w:rsidP="00820E87">
      <w:pPr>
        <w:jc w:val="both"/>
        <w:rPr>
          <w:lang w:val="it-IT"/>
        </w:rPr>
      </w:pPr>
      <w:r w:rsidRPr="00D2791D">
        <w:rPr>
          <w:lang w:val="it-IT"/>
        </w:rPr>
        <w:t>- di impegnarmi, in caso di accoglimento della domanda, a sottoscrivere contratto di comodato d’uso gratuito per l’utilizzo dei locali da adibirsi ad ufficio separato di Stato Civile, tenuto conto che le spese di registrazione del contratto di comodato d’uso sono a carico del comodante;</w:t>
      </w:r>
    </w:p>
    <w:p w14:paraId="29E5AA75" w14:textId="77777777" w:rsidR="00B06E8E" w:rsidRPr="00D2791D" w:rsidRDefault="00000000" w:rsidP="00820E87">
      <w:pPr>
        <w:jc w:val="both"/>
        <w:rPr>
          <w:lang w:val="it-IT"/>
        </w:rPr>
      </w:pPr>
      <w:r w:rsidRPr="00D2791D">
        <w:rPr>
          <w:lang w:val="it-IT"/>
        </w:rPr>
        <w:t>- di accettare che le responsabilità delle parti siano disciplinate nel contratto di comodato secondo la normativa vigente, ferma la responsabilità di ciascuna parte per fatti a essa imputabili;</w:t>
      </w:r>
    </w:p>
    <w:p w14:paraId="6AC91AAD" w14:textId="77777777" w:rsidR="00B06E8E" w:rsidRPr="00D2791D" w:rsidRDefault="00000000" w:rsidP="00820E87">
      <w:pPr>
        <w:rPr>
          <w:lang w:val="it-IT"/>
        </w:rPr>
      </w:pPr>
      <w:r w:rsidRPr="00D2791D">
        <w:rPr>
          <w:lang w:val="it-IT"/>
        </w:rPr>
        <w:t>- di garantire la disponibilità degli spazi con carattere di continuità ed esclusività nei periodi concordati, con precisa delimitazione nella planimetria allegata;</w:t>
      </w:r>
      <w:r w:rsidRPr="00D2791D">
        <w:rPr>
          <w:lang w:val="it-IT"/>
        </w:rPr>
        <w:br/>
        <w:t>Giorni e fasce orarie proposti: _____________________________________________________;</w:t>
      </w:r>
    </w:p>
    <w:p w14:paraId="40114653" w14:textId="77777777" w:rsidR="00B06E8E" w:rsidRPr="00D2791D" w:rsidRDefault="00000000" w:rsidP="00820E87">
      <w:pPr>
        <w:jc w:val="both"/>
        <w:rPr>
          <w:lang w:val="it-IT"/>
        </w:rPr>
      </w:pPr>
      <w:r w:rsidRPr="00D2791D">
        <w:rPr>
          <w:lang w:val="it-IT"/>
        </w:rPr>
        <w:t>- che non saranno organizzati in concomitanza delle celebrazioni dei matrimoni e della costituzione di unioni civili, altro tipo di manifestazione nelle aree immediatamente adiacenti al luogo di svolgimento del rito, allo scopo di salvaguardare la solennità della cerimonia;</w:t>
      </w:r>
    </w:p>
    <w:p w14:paraId="71C3B225" w14:textId="77777777" w:rsidR="00B06E8E" w:rsidRPr="00D2791D" w:rsidRDefault="00000000" w:rsidP="00820E87">
      <w:pPr>
        <w:jc w:val="both"/>
        <w:rPr>
          <w:lang w:val="it-IT"/>
        </w:rPr>
      </w:pPr>
      <w:r w:rsidRPr="00D2791D">
        <w:rPr>
          <w:lang w:val="it-IT"/>
        </w:rPr>
        <w:t>- che sarà garantita pulizia, manutenzione ordinaria e straordinaria, adeguato decoro degli spazi interessati;</w:t>
      </w:r>
    </w:p>
    <w:p w14:paraId="7B962708" w14:textId="77777777" w:rsidR="00B06E8E" w:rsidRPr="00D2791D" w:rsidRDefault="00000000" w:rsidP="00820E87">
      <w:pPr>
        <w:jc w:val="both"/>
        <w:rPr>
          <w:lang w:val="it-IT"/>
        </w:rPr>
      </w:pPr>
      <w:r w:rsidRPr="00D2791D">
        <w:rPr>
          <w:lang w:val="it-IT"/>
        </w:rPr>
        <w:t>- che la concessione in comodato d’uso gratuito non comporta per il Comune alcun onere o spesa né attribuisce al comodante alcuna pretesa a compensi, benefici di qualsiasi genere, così come nessun corrispettivo potrà essere preteso dai nubendi/</w:t>
      </w:r>
      <w:proofErr w:type="spellStart"/>
      <w:r w:rsidRPr="00D2791D">
        <w:rPr>
          <w:lang w:val="it-IT"/>
        </w:rPr>
        <w:t>unendi</w:t>
      </w:r>
      <w:proofErr w:type="spellEnd"/>
      <w:r w:rsidRPr="00D2791D">
        <w:rPr>
          <w:lang w:val="it-IT"/>
        </w:rPr>
        <w:t xml:space="preserve"> per l’uso del locale/spazio concesso per la celebrazione del rito civile;</w:t>
      </w:r>
    </w:p>
    <w:p w14:paraId="4A6445D5" w14:textId="30DFF861" w:rsidR="00B06E8E" w:rsidRPr="00D2791D" w:rsidRDefault="00000000" w:rsidP="00820E87">
      <w:pPr>
        <w:jc w:val="both"/>
        <w:rPr>
          <w:lang w:val="it-IT"/>
        </w:rPr>
      </w:pPr>
      <w:r w:rsidRPr="00D2791D">
        <w:rPr>
          <w:lang w:val="it-IT"/>
        </w:rPr>
        <w:t>- di essere disponibile a un eventuale rinnovo, da formalizzare mediante espresso accordo scritto, senza rinnovo tacito</w:t>
      </w:r>
      <w:r w:rsidR="00820E87">
        <w:rPr>
          <w:lang w:val="it-IT"/>
        </w:rPr>
        <w:t xml:space="preserve"> e anche previo nuovo bando disposto dal Comune di Palagiano</w:t>
      </w:r>
      <w:r w:rsidRPr="00D2791D">
        <w:rPr>
          <w:lang w:val="it-IT"/>
        </w:rPr>
        <w:t>;</w:t>
      </w:r>
    </w:p>
    <w:p w14:paraId="03D7D3D3" w14:textId="77777777" w:rsidR="00B06E8E" w:rsidRPr="00D2791D" w:rsidRDefault="00000000">
      <w:pPr>
        <w:rPr>
          <w:lang w:val="it-IT"/>
        </w:rPr>
      </w:pPr>
      <w:r w:rsidRPr="00D2791D">
        <w:rPr>
          <w:lang w:val="it-IT"/>
        </w:rPr>
        <w:br w:type="page"/>
      </w:r>
    </w:p>
    <w:p w14:paraId="09E5F828" w14:textId="77777777" w:rsidR="00B06E8E" w:rsidRPr="00D2791D" w:rsidRDefault="00000000">
      <w:pPr>
        <w:keepNext/>
        <w:rPr>
          <w:lang w:val="it-IT"/>
        </w:rPr>
      </w:pPr>
      <w:r w:rsidRPr="00D2791D">
        <w:rPr>
          <w:b/>
          <w:lang w:val="it-IT"/>
        </w:rPr>
        <w:lastRenderedPageBreak/>
        <w:t>Dichiarazioni sui requisiti soggettivi</w:t>
      </w:r>
    </w:p>
    <w:p w14:paraId="566DDA57" w14:textId="43325E9C" w:rsidR="00B06E8E" w:rsidRPr="00D2791D" w:rsidRDefault="00000000" w:rsidP="004371C7">
      <w:pPr>
        <w:jc w:val="both"/>
        <w:rPr>
          <w:lang w:val="it-IT"/>
        </w:rPr>
      </w:pPr>
      <w:r w:rsidRPr="00D2791D">
        <w:rPr>
          <w:lang w:val="it-IT"/>
        </w:rPr>
        <w:t>con riferimento ai requisiti soggettivi di cui al punto 3 A e alle cause di esclusione del punto 6 dell’avviso, che le dichiarazioni seguenti corrispondono a verità per la mia posizione e, per quanto di mia diretta conoscenza, per i soggetti sottoindicati. Per i fatti non direttamente conosciuti sono allegate le dichiarazioni dei soggetti interessati.</w:t>
      </w:r>
    </w:p>
    <w:tbl>
      <w:tblPr>
        <w:tblStyle w:val="Grigliatabella"/>
        <w:tblW w:w="0" w:type="auto"/>
        <w:tblLook w:val="04A0" w:firstRow="1" w:lastRow="0" w:firstColumn="1" w:lastColumn="0" w:noHBand="0" w:noVBand="1"/>
      </w:tblPr>
      <w:tblGrid>
        <w:gridCol w:w="1882"/>
        <w:gridCol w:w="1882"/>
        <w:gridCol w:w="1882"/>
        <w:gridCol w:w="1882"/>
        <w:gridCol w:w="1882"/>
      </w:tblGrid>
      <w:tr w:rsidR="00B06E8E" w14:paraId="2B63041D" w14:textId="77777777">
        <w:tc>
          <w:tcPr>
            <w:tcW w:w="1882" w:type="dxa"/>
          </w:tcPr>
          <w:p w14:paraId="4F5E2434" w14:textId="77777777" w:rsidR="00B06E8E" w:rsidRDefault="00000000">
            <w:proofErr w:type="spellStart"/>
            <w:r>
              <w:t>Nominativo</w:t>
            </w:r>
            <w:proofErr w:type="spellEnd"/>
          </w:p>
        </w:tc>
        <w:tc>
          <w:tcPr>
            <w:tcW w:w="1882" w:type="dxa"/>
          </w:tcPr>
          <w:p w14:paraId="699FCE9B" w14:textId="77777777" w:rsidR="00B06E8E" w:rsidRPr="00D2791D" w:rsidRDefault="00000000">
            <w:pPr>
              <w:rPr>
                <w:lang w:val="it-IT"/>
              </w:rPr>
            </w:pPr>
            <w:r w:rsidRPr="00D2791D">
              <w:rPr>
                <w:lang w:val="it-IT"/>
              </w:rPr>
              <w:t>Data e luogo di nascita</w:t>
            </w:r>
          </w:p>
        </w:tc>
        <w:tc>
          <w:tcPr>
            <w:tcW w:w="1882" w:type="dxa"/>
          </w:tcPr>
          <w:p w14:paraId="32C609D8" w14:textId="77777777" w:rsidR="00B06E8E" w:rsidRDefault="00000000">
            <w:proofErr w:type="spellStart"/>
            <w:r>
              <w:t>Codice</w:t>
            </w:r>
            <w:proofErr w:type="spellEnd"/>
            <w:r>
              <w:t xml:space="preserve"> </w:t>
            </w:r>
            <w:proofErr w:type="spellStart"/>
            <w:r>
              <w:t>fiscale</w:t>
            </w:r>
            <w:proofErr w:type="spellEnd"/>
          </w:p>
        </w:tc>
        <w:tc>
          <w:tcPr>
            <w:tcW w:w="1882" w:type="dxa"/>
          </w:tcPr>
          <w:p w14:paraId="72746EC5" w14:textId="77777777" w:rsidR="00B06E8E" w:rsidRDefault="00000000">
            <w:r>
              <w:t>Qualifica</w:t>
            </w:r>
          </w:p>
        </w:tc>
        <w:tc>
          <w:tcPr>
            <w:tcW w:w="1882" w:type="dxa"/>
          </w:tcPr>
          <w:p w14:paraId="77CA6A75" w14:textId="77777777" w:rsidR="00B06E8E" w:rsidRDefault="00000000">
            <w:r>
              <w:t>Residenza</w:t>
            </w:r>
          </w:p>
        </w:tc>
      </w:tr>
      <w:tr w:rsidR="00B06E8E" w14:paraId="267F593D" w14:textId="77777777">
        <w:trPr>
          <w:trHeight w:val="624"/>
        </w:trPr>
        <w:tc>
          <w:tcPr>
            <w:tcW w:w="1882" w:type="dxa"/>
          </w:tcPr>
          <w:p w14:paraId="10A19EE2" w14:textId="77777777" w:rsidR="00B06E8E" w:rsidRDefault="00B06E8E"/>
        </w:tc>
        <w:tc>
          <w:tcPr>
            <w:tcW w:w="1882" w:type="dxa"/>
          </w:tcPr>
          <w:p w14:paraId="23590F7B" w14:textId="77777777" w:rsidR="00B06E8E" w:rsidRDefault="00B06E8E"/>
        </w:tc>
        <w:tc>
          <w:tcPr>
            <w:tcW w:w="1882" w:type="dxa"/>
          </w:tcPr>
          <w:p w14:paraId="2AB3B12F" w14:textId="77777777" w:rsidR="00B06E8E" w:rsidRDefault="00B06E8E"/>
        </w:tc>
        <w:tc>
          <w:tcPr>
            <w:tcW w:w="1882" w:type="dxa"/>
          </w:tcPr>
          <w:p w14:paraId="4AA12733" w14:textId="77777777" w:rsidR="00B06E8E" w:rsidRDefault="00B06E8E"/>
        </w:tc>
        <w:tc>
          <w:tcPr>
            <w:tcW w:w="1882" w:type="dxa"/>
          </w:tcPr>
          <w:p w14:paraId="2369A22D" w14:textId="77777777" w:rsidR="00B06E8E" w:rsidRDefault="00B06E8E"/>
        </w:tc>
      </w:tr>
      <w:tr w:rsidR="00B06E8E" w14:paraId="73FE3B7F" w14:textId="77777777">
        <w:trPr>
          <w:trHeight w:val="624"/>
        </w:trPr>
        <w:tc>
          <w:tcPr>
            <w:tcW w:w="1882" w:type="dxa"/>
          </w:tcPr>
          <w:p w14:paraId="7E8F382C" w14:textId="77777777" w:rsidR="00B06E8E" w:rsidRDefault="00B06E8E"/>
        </w:tc>
        <w:tc>
          <w:tcPr>
            <w:tcW w:w="1882" w:type="dxa"/>
          </w:tcPr>
          <w:p w14:paraId="576AE6F8" w14:textId="77777777" w:rsidR="00B06E8E" w:rsidRDefault="00B06E8E"/>
        </w:tc>
        <w:tc>
          <w:tcPr>
            <w:tcW w:w="1882" w:type="dxa"/>
          </w:tcPr>
          <w:p w14:paraId="3B2BA304" w14:textId="77777777" w:rsidR="00B06E8E" w:rsidRDefault="00B06E8E"/>
        </w:tc>
        <w:tc>
          <w:tcPr>
            <w:tcW w:w="1882" w:type="dxa"/>
          </w:tcPr>
          <w:p w14:paraId="1419B203" w14:textId="77777777" w:rsidR="00B06E8E" w:rsidRDefault="00B06E8E"/>
        </w:tc>
        <w:tc>
          <w:tcPr>
            <w:tcW w:w="1882" w:type="dxa"/>
          </w:tcPr>
          <w:p w14:paraId="38CEE399" w14:textId="77777777" w:rsidR="00B06E8E" w:rsidRDefault="00B06E8E"/>
        </w:tc>
      </w:tr>
      <w:tr w:rsidR="00B06E8E" w14:paraId="48852C3B" w14:textId="77777777">
        <w:trPr>
          <w:trHeight w:val="624"/>
        </w:trPr>
        <w:tc>
          <w:tcPr>
            <w:tcW w:w="1882" w:type="dxa"/>
          </w:tcPr>
          <w:p w14:paraId="7B3D6BF2" w14:textId="77777777" w:rsidR="00B06E8E" w:rsidRDefault="00B06E8E"/>
        </w:tc>
        <w:tc>
          <w:tcPr>
            <w:tcW w:w="1882" w:type="dxa"/>
          </w:tcPr>
          <w:p w14:paraId="7E632A02" w14:textId="77777777" w:rsidR="00B06E8E" w:rsidRDefault="00B06E8E"/>
        </w:tc>
        <w:tc>
          <w:tcPr>
            <w:tcW w:w="1882" w:type="dxa"/>
          </w:tcPr>
          <w:p w14:paraId="3D4F7BBF" w14:textId="77777777" w:rsidR="00B06E8E" w:rsidRDefault="00B06E8E"/>
        </w:tc>
        <w:tc>
          <w:tcPr>
            <w:tcW w:w="1882" w:type="dxa"/>
          </w:tcPr>
          <w:p w14:paraId="2D4B3351" w14:textId="77777777" w:rsidR="00B06E8E" w:rsidRDefault="00B06E8E"/>
        </w:tc>
        <w:tc>
          <w:tcPr>
            <w:tcW w:w="1882" w:type="dxa"/>
          </w:tcPr>
          <w:p w14:paraId="38FC779A" w14:textId="77777777" w:rsidR="00B06E8E" w:rsidRDefault="00B06E8E"/>
        </w:tc>
      </w:tr>
    </w:tbl>
    <w:p w14:paraId="6AE08A9B" w14:textId="77777777" w:rsidR="004371C7" w:rsidRDefault="004371C7" w:rsidP="004371C7">
      <w:pPr>
        <w:jc w:val="both"/>
        <w:rPr>
          <w:lang w:val="it-IT"/>
        </w:rPr>
      </w:pPr>
    </w:p>
    <w:p w14:paraId="37FEB2BE" w14:textId="6C754B8E" w:rsidR="00B06E8E" w:rsidRPr="00D2791D" w:rsidRDefault="00000000" w:rsidP="004371C7">
      <w:pPr>
        <w:jc w:val="both"/>
        <w:rPr>
          <w:lang w:val="it-IT"/>
        </w:rPr>
      </w:pPr>
      <w:r w:rsidRPr="00D2791D">
        <w:rPr>
          <w:lang w:val="it-IT"/>
        </w:rPr>
        <w:t>a) per le imprese, che non sussistono le situazioni relative a procedure concorsuali indicate nell’avviso;</w:t>
      </w:r>
    </w:p>
    <w:p w14:paraId="411BFEA9" w14:textId="77777777" w:rsidR="00B06E8E" w:rsidRPr="00D2791D" w:rsidRDefault="00000000" w:rsidP="004371C7">
      <w:pPr>
        <w:jc w:val="both"/>
        <w:rPr>
          <w:lang w:val="it-IT"/>
        </w:rPr>
      </w:pPr>
      <w:r w:rsidRPr="00D2791D">
        <w:rPr>
          <w:lang w:val="it-IT"/>
        </w:rPr>
        <w:t>b) che nei propri confronti e nei confronti dei soggetti sopra elencati non sono state pronunciate sentenze di condanna passate in giudicato, o decreti penali di condanna divenuti irrevocabili, oppure sentenze di applicazione della pena su richiesta ai sensi dell’art. 444 cpp per uno o più reati di partecipazione ad organizzazioni criminali, corruzione, frode, riciclaggio;</w:t>
      </w:r>
    </w:p>
    <w:p w14:paraId="6A0578DA" w14:textId="77777777" w:rsidR="00B06E8E" w:rsidRPr="00D2791D" w:rsidRDefault="00000000" w:rsidP="004371C7">
      <w:pPr>
        <w:jc w:val="both"/>
        <w:rPr>
          <w:lang w:val="it-IT"/>
        </w:rPr>
      </w:pPr>
      <w:r w:rsidRPr="00D2791D">
        <w:rPr>
          <w:lang w:val="it-IT"/>
        </w:rPr>
        <w:t xml:space="preserve">c) che nei propri confronti e nei confronti dei soggetti sopra elencati non è pendente alcun procedimento per l’applicazione di una delle misure di prevenzione di cui al </w:t>
      </w:r>
      <w:proofErr w:type="spellStart"/>
      <w:r w:rsidRPr="00D2791D">
        <w:rPr>
          <w:lang w:val="it-IT"/>
        </w:rPr>
        <w:t>D.Lgs.</w:t>
      </w:r>
      <w:proofErr w:type="spellEnd"/>
      <w:r w:rsidRPr="00D2791D">
        <w:rPr>
          <w:lang w:val="it-IT"/>
        </w:rPr>
        <w:t xml:space="preserve"> 159/2011;</w:t>
      </w:r>
    </w:p>
    <w:p w14:paraId="6EFA2CC4" w14:textId="77777777" w:rsidR="00B06E8E" w:rsidRPr="00D2791D" w:rsidRDefault="00000000" w:rsidP="004371C7">
      <w:pPr>
        <w:jc w:val="both"/>
        <w:rPr>
          <w:lang w:val="it-IT"/>
        </w:rPr>
      </w:pPr>
      <w:r w:rsidRPr="00D2791D">
        <w:rPr>
          <w:lang w:val="it-IT"/>
        </w:rPr>
        <w:t xml:space="preserve">d) che nei propri confronti e nei confronti dei soggetti sopra elencati non è stata applicata la sanzione interdittiva di cui all’art. 9 comma 2 lettera c), del </w:t>
      </w:r>
      <w:proofErr w:type="spellStart"/>
      <w:r w:rsidRPr="00D2791D">
        <w:rPr>
          <w:lang w:val="it-IT"/>
        </w:rPr>
        <w:t>D.Lgs.</w:t>
      </w:r>
      <w:proofErr w:type="spellEnd"/>
      <w:r w:rsidRPr="00D2791D">
        <w:rPr>
          <w:lang w:val="it-IT"/>
        </w:rPr>
        <w:t xml:space="preserve"> 231/2001 o altra sanzione che comporti il divieto di contrarre con la pubblica amministrazione;</w:t>
      </w:r>
    </w:p>
    <w:p w14:paraId="0E9458C9" w14:textId="77777777" w:rsidR="00B06E8E" w:rsidRPr="00D2791D" w:rsidRDefault="00000000" w:rsidP="004371C7">
      <w:pPr>
        <w:jc w:val="both"/>
        <w:rPr>
          <w:lang w:val="it-IT"/>
        </w:rPr>
      </w:pPr>
      <w:r w:rsidRPr="00D2791D">
        <w:rPr>
          <w:lang w:val="it-IT"/>
        </w:rPr>
        <w:t>e) che il richiedente o l'impresa è adempiente ad obblighi di versamento riguardanti tributi comunali e di non trovarsi in stato di morosità ad altro titolo verso il Comune;</w:t>
      </w:r>
    </w:p>
    <w:p w14:paraId="6C1EDAFA" w14:textId="77777777" w:rsidR="00B06E8E" w:rsidRPr="00D2791D" w:rsidRDefault="00000000" w:rsidP="004371C7">
      <w:pPr>
        <w:jc w:val="both"/>
        <w:rPr>
          <w:lang w:val="it-IT"/>
        </w:rPr>
      </w:pPr>
      <w:r w:rsidRPr="00D2791D">
        <w:rPr>
          <w:lang w:val="it-IT"/>
        </w:rPr>
        <w:t>f) che il richiedente o l'impresa non è controparte del Comune in giudizi pendenti avanti all’Autorità Giudiziaria.</w:t>
      </w:r>
    </w:p>
    <w:p w14:paraId="76C39F5B" w14:textId="77777777" w:rsidR="00B06E8E" w:rsidRPr="00D2791D" w:rsidRDefault="00000000">
      <w:pPr>
        <w:rPr>
          <w:lang w:val="it-IT"/>
        </w:rPr>
      </w:pPr>
      <w:r w:rsidRPr="00D2791D">
        <w:rPr>
          <w:lang w:val="it-IT"/>
        </w:rPr>
        <w:t>Dichiaro inoltre che qualsiasi comunicazione relativa al presente procedimento potrà essere inviata ai seguenti recapiti:</w:t>
      </w:r>
    </w:p>
    <w:p w14:paraId="49C54DAF" w14:textId="77777777" w:rsidR="00B06E8E" w:rsidRPr="00D2791D" w:rsidRDefault="00000000">
      <w:pPr>
        <w:rPr>
          <w:lang w:val="it-IT"/>
        </w:rPr>
      </w:pPr>
      <w:proofErr w:type="gramStart"/>
      <w:r w:rsidRPr="00D2791D">
        <w:rPr>
          <w:lang w:val="it-IT"/>
        </w:rPr>
        <w:t>[ _</w:t>
      </w:r>
      <w:proofErr w:type="gramEnd"/>
      <w:r w:rsidRPr="00D2791D">
        <w:rPr>
          <w:lang w:val="it-IT"/>
        </w:rPr>
        <w:t xml:space="preserve"> ] indirizzo mail ______________________________________</w:t>
      </w:r>
    </w:p>
    <w:p w14:paraId="31421482" w14:textId="77777777" w:rsidR="00B06E8E" w:rsidRPr="00D2791D" w:rsidRDefault="00000000">
      <w:pPr>
        <w:rPr>
          <w:lang w:val="it-IT"/>
        </w:rPr>
      </w:pPr>
      <w:proofErr w:type="gramStart"/>
      <w:r w:rsidRPr="00D2791D">
        <w:rPr>
          <w:lang w:val="it-IT"/>
        </w:rPr>
        <w:t>[ _</w:t>
      </w:r>
      <w:proofErr w:type="gramEnd"/>
      <w:r w:rsidRPr="00D2791D">
        <w:rPr>
          <w:lang w:val="it-IT"/>
        </w:rPr>
        <w:t xml:space="preserve"> ] indirizzo di PEC ____________________________________</w:t>
      </w:r>
    </w:p>
    <w:p w14:paraId="4F198236" w14:textId="77777777" w:rsidR="00B06E8E" w:rsidRPr="00D2791D" w:rsidRDefault="00000000" w:rsidP="004371C7">
      <w:pPr>
        <w:jc w:val="both"/>
        <w:rPr>
          <w:lang w:val="it-IT"/>
        </w:rPr>
      </w:pPr>
      <w:r w:rsidRPr="00D2791D">
        <w:rPr>
          <w:lang w:val="it-IT"/>
        </w:rPr>
        <w:t>Indicare i soggetti cui si riferiscono i requisiti secondo quanto previsto dall’avviso. Se lo spazio non è sufficiente, allegare un elenco integrativo.</w:t>
      </w:r>
    </w:p>
    <w:p w14:paraId="20A53A4B" w14:textId="77777777" w:rsidR="00B06E8E" w:rsidRPr="00D2791D" w:rsidRDefault="00000000">
      <w:pPr>
        <w:rPr>
          <w:lang w:val="it-IT"/>
        </w:rPr>
      </w:pPr>
      <w:r w:rsidRPr="00D2791D">
        <w:rPr>
          <w:lang w:val="it-IT"/>
        </w:rPr>
        <w:br w:type="page"/>
      </w:r>
    </w:p>
    <w:p w14:paraId="7DBA1F91" w14:textId="77777777" w:rsidR="00B06E8E" w:rsidRPr="00D2791D" w:rsidRDefault="00000000">
      <w:pPr>
        <w:keepNext/>
        <w:rPr>
          <w:lang w:val="it-IT"/>
        </w:rPr>
      </w:pPr>
      <w:r w:rsidRPr="00D2791D">
        <w:rPr>
          <w:b/>
          <w:lang w:val="it-IT"/>
        </w:rPr>
        <w:lastRenderedPageBreak/>
        <w:t>Documentazione allegata e sottoscrizione</w:t>
      </w:r>
    </w:p>
    <w:p w14:paraId="6859F316" w14:textId="77777777" w:rsidR="00B06E8E" w:rsidRPr="00D2791D" w:rsidRDefault="00000000">
      <w:pPr>
        <w:rPr>
          <w:lang w:val="it-IT"/>
        </w:rPr>
      </w:pPr>
      <w:proofErr w:type="gramStart"/>
      <w:r w:rsidRPr="00D2791D">
        <w:rPr>
          <w:lang w:val="it-IT"/>
        </w:rPr>
        <w:t>[ _</w:t>
      </w:r>
      <w:proofErr w:type="gramEnd"/>
      <w:r w:rsidRPr="00D2791D">
        <w:rPr>
          <w:lang w:val="it-IT"/>
        </w:rPr>
        <w:t xml:space="preserve"> ] planimetria dettagliata relativa al locale messo a disposizione per la celebrazione dei matrimoni, ove deve essere garantito il libero accesso al pubblico nei giorni di utilizzo;</w:t>
      </w:r>
    </w:p>
    <w:p w14:paraId="5DCF851B" w14:textId="77777777" w:rsidR="00B06E8E" w:rsidRPr="00D2791D" w:rsidRDefault="00000000" w:rsidP="004371C7">
      <w:pPr>
        <w:jc w:val="both"/>
        <w:rPr>
          <w:lang w:val="it-IT"/>
        </w:rPr>
      </w:pPr>
      <w:r w:rsidRPr="00D2791D">
        <w:rPr>
          <w:lang w:val="it-IT"/>
        </w:rPr>
        <w:t>☐ scheda tecnica, relazione e documentazione fotografica; dichiarazione di tecnico abilitato, con documentazione comprovante i requisiti dell’immobile, come previsto dall’avviso;</w:t>
      </w:r>
    </w:p>
    <w:p w14:paraId="7D324F25" w14:textId="77777777" w:rsidR="00B06E8E" w:rsidRPr="00D2791D" w:rsidRDefault="00000000" w:rsidP="004371C7">
      <w:pPr>
        <w:jc w:val="both"/>
        <w:rPr>
          <w:lang w:val="it-IT"/>
        </w:rPr>
      </w:pPr>
      <w:r w:rsidRPr="00D2791D">
        <w:rPr>
          <w:lang w:val="it-IT"/>
        </w:rPr>
        <w:t>☐ copia del documento di identità del sottoscrittore, in caso di firma autografa;</w:t>
      </w:r>
    </w:p>
    <w:p w14:paraId="0E1345B1" w14:textId="77777777" w:rsidR="00B06E8E" w:rsidRPr="00D2791D" w:rsidRDefault="00000000">
      <w:pPr>
        <w:rPr>
          <w:lang w:val="it-IT"/>
        </w:rPr>
      </w:pPr>
      <w:proofErr w:type="gramStart"/>
      <w:r w:rsidRPr="00D2791D">
        <w:rPr>
          <w:lang w:val="it-IT"/>
        </w:rPr>
        <w:t>[ _</w:t>
      </w:r>
      <w:proofErr w:type="gramEnd"/>
      <w:r w:rsidRPr="00D2791D">
        <w:rPr>
          <w:lang w:val="it-IT"/>
        </w:rPr>
        <w:t xml:space="preserve"> ] copia documento di identità del proprietario dell’immobile (se diverso dal richiedente);</w:t>
      </w:r>
    </w:p>
    <w:p w14:paraId="14654589" w14:textId="77777777" w:rsidR="00B06E8E" w:rsidRPr="00D2791D" w:rsidRDefault="00000000">
      <w:pPr>
        <w:rPr>
          <w:lang w:val="it-IT"/>
        </w:rPr>
      </w:pPr>
      <w:proofErr w:type="gramStart"/>
      <w:r w:rsidRPr="00D2791D">
        <w:rPr>
          <w:lang w:val="it-IT"/>
        </w:rPr>
        <w:t>[ _</w:t>
      </w:r>
      <w:proofErr w:type="gramEnd"/>
      <w:r w:rsidRPr="00D2791D">
        <w:rPr>
          <w:lang w:val="it-IT"/>
        </w:rPr>
        <w:t xml:space="preserve"> ] copia della documentazione comprovante la disponibilità dell’immobile (contratto di locazione, comodato od altro);</w:t>
      </w:r>
    </w:p>
    <w:p w14:paraId="0C294F05" w14:textId="77777777" w:rsidR="00B06E8E" w:rsidRPr="00D2791D" w:rsidRDefault="00000000">
      <w:pPr>
        <w:rPr>
          <w:lang w:val="it-IT"/>
        </w:rPr>
      </w:pPr>
      <w:r w:rsidRPr="00D2791D">
        <w:rPr>
          <w:lang w:val="it-IT"/>
        </w:rPr>
        <w:t xml:space="preserve">☐ autorizzazione del proprietario alla concessione in comodato gratuito, se </w:t>
      </w:r>
      <w:proofErr w:type="spellStart"/>
      <w:r w:rsidRPr="00D2791D">
        <w:rPr>
          <w:lang w:val="it-IT"/>
        </w:rPr>
        <w:t>necessaria</w:t>
      </w:r>
      <w:proofErr w:type="spellEnd"/>
      <w:r w:rsidRPr="00D2791D">
        <w:rPr>
          <w:lang w:val="it-IT"/>
        </w:rPr>
        <w:t>;</w:t>
      </w:r>
    </w:p>
    <w:p w14:paraId="27C939C6" w14:textId="77777777" w:rsidR="00B06E8E" w:rsidRPr="00D2791D" w:rsidRDefault="00000000">
      <w:pPr>
        <w:rPr>
          <w:lang w:val="it-IT"/>
        </w:rPr>
      </w:pPr>
      <w:r w:rsidRPr="00D2791D">
        <w:rPr>
          <w:lang w:val="it-IT"/>
        </w:rPr>
        <w:t>☐ dichiarazioni dei soggetti interessati, ove necessarie;</w:t>
      </w:r>
      <w:r w:rsidRPr="00D2791D">
        <w:rPr>
          <w:lang w:val="it-IT"/>
        </w:rPr>
        <w:br/>
        <w:t>☐ altro _____________________________________________________________________</w:t>
      </w:r>
    </w:p>
    <w:p w14:paraId="6DBA3B4A" w14:textId="77777777" w:rsidR="00B06E8E" w:rsidRPr="00D2791D" w:rsidRDefault="00000000">
      <w:pPr>
        <w:rPr>
          <w:lang w:val="it-IT"/>
        </w:rPr>
      </w:pPr>
      <w:r w:rsidRPr="00D2791D">
        <w:rPr>
          <w:lang w:val="it-IT"/>
        </w:rPr>
        <w:t>Luogo e data ______________________________</w:t>
      </w:r>
    </w:p>
    <w:p w14:paraId="1C818856" w14:textId="77777777" w:rsidR="00B06E8E" w:rsidRPr="00D2791D" w:rsidRDefault="00000000">
      <w:pPr>
        <w:rPr>
          <w:lang w:val="it-IT"/>
        </w:rPr>
      </w:pPr>
      <w:r w:rsidRPr="00D2791D">
        <w:rPr>
          <w:lang w:val="it-IT"/>
        </w:rPr>
        <w:t>_______________________________</w:t>
      </w:r>
    </w:p>
    <w:p w14:paraId="305807DC" w14:textId="77777777" w:rsidR="00B06E8E" w:rsidRPr="00D2791D" w:rsidRDefault="00000000">
      <w:pPr>
        <w:rPr>
          <w:lang w:val="it-IT"/>
        </w:rPr>
      </w:pPr>
      <w:r w:rsidRPr="00D2791D">
        <w:rPr>
          <w:lang w:val="it-IT"/>
        </w:rPr>
        <w:t>Firma</w:t>
      </w:r>
    </w:p>
    <w:p w14:paraId="3C325ABD" w14:textId="77777777" w:rsidR="00B06E8E" w:rsidRPr="00D2791D" w:rsidRDefault="00000000" w:rsidP="007B28F9">
      <w:pPr>
        <w:jc w:val="both"/>
        <w:rPr>
          <w:lang w:val="it-IT"/>
        </w:rPr>
      </w:pPr>
      <w:r w:rsidRPr="00D2791D">
        <w:rPr>
          <w:lang w:val="it-IT"/>
        </w:rPr>
        <w:t>La domanda può essere firmata digitalmente oppure sottoscritta con firma autografa e corredata dalla copia del documento di identità, secondo le modalità previste dall’avviso e dalla normativa vigente.</w:t>
      </w:r>
    </w:p>
    <w:p w14:paraId="72CFDA00" w14:textId="77777777" w:rsidR="00B06E8E" w:rsidRPr="00D2791D" w:rsidRDefault="00000000" w:rsidP="007B28F9">
      <w:pPr>
        <w:jc w:val="both"/>
        <w:rPr>
          <w:lang w:val="it-IT"/>
        </w:rPr>
      </w:pPr>
      <w:r w:rsidRPr="00D2791D">
        <w:rPr>
          <w:lang w:val="it-IT"/>
        </w:rPr>
        <w:t>Dichiaro di aver preso visione dell’informativa sul trattamento dei dati personali riportata nella pagina seguente.</w:t>
      </w:r>
      <w:r w:rsidRPr="00D2791D">
        <w:rPr>
          <w:lang w:val="it-IT"/>
        </w:rPr>
        <w:br/>
      </w:r>
      <w:r w:rsidRPr="00D2791D">
        <w:rPr>
          <w:lang w:val="it-IT"/>
        </w:rPr>
        <w:br/>
        <w:t>Data __________________    Firma __________________________________</w:t>
      </w:r>
    </w:p>
    <w:p w14:paraId="2AEB2DEF" w14:textId="77777777" w:rsidR="00B06E8E" w:rsidRPr="00D2791D" w:rsidRDefault="00000000">
      <w:pPr>
        <w:rPr>
          <w:lang w:val="it-IT"/>
        </w:rPr>
      </w:pPr>
      <w:r w:rsidRPr="00D2791D">
        <w:rPr>
          <w:lang w:val="it-IT"/>
        </w:rPr>
        <w:br w:type="page"/>
      </w:r>
    </w:p>
    <w:p w14:paraId="1B4DEE16" w14:textId="77777777" w:rsidR="00B06E8E" w:rsidRPr="00D2791D" w:rsidRDefault="00000000">
      <w:pPr>
        <w:keepNext/>
        <w:rPr>
          <w:lang w:val="it-IT"/>
        </w:rPr>
      </w:pPr>
      <w:r w:rsidRPr="00D2791D">
        <w:rPr>
          <w:b/>
          <w:lang w:val="it-IT"/>
        </w:rPr>
        <w:lastRenderedPageBreak/>
        <w:t>Informativa sul trattamento dei dati personali</w:t>
      </w:r>
    </w:p>
    <w:p w14:paraId="17B387AE" w14:textId="77777777" w:rsidR="00B06E8E" w:rsidRPr="00D2791D" w:rsidRDefault="00000000">
      <w:pPr>
        <w:keepNext/>
        <w:rPr>
          <w:lang w:val="it-IT"/>
        </w:rPr>
      </w:pPr>
      <w:r w:rsidRPr="00D2791D">
        <w:rPr>
          <w:b/>
          <w:lang w:val="it-IT"/>
        </w:rPr>
        <w:t>Titolare e contatti</w:t>
      </w:r>
    </w:p>
    <w:p w14:paraId="5D68CED7" w14:textId="77777777" w:rsidR="00B06E8E" w:rsidRPr="00D2791D" w:rsidRDefault="00000000" w:rsidP="007B28F9">
      <w:pPr>
        <w:jc w:val="both"/>
        <w:rPr>
          <w:lang w:val="it-IT"/>
        </w:rPr>
      </w:pPr>
      <w:r w:rsidRPr="00D2791D">
        <w:rPr>
          <w:lang w:val="it-IT"/>
        </w:rPr>
        <w:t>Il Titolare del trattamento è il Comune di Palagiano, Corso Vittorio Emanuele n. 4, 74019 Palagiano (TA); PEC comunepalagiano.aagg@postecert.it. Il Responsabile della protezione dei dati è contattabile all’indirizzo rpd@svic.it.</w:t>
      </w:r>
    </w:p>
    <w:p w14:paraId="18D3E387" w14:textId="77777777" w:rsidR="00B06E8E" w:rsidRPr="00D2791D" w:rsidRDefault="00000000">
      <w:pPr>
        <w:keepNext/>
        <w:rPr>
          <w:lang w:val="it-IT"/>
        </w:rPr>
      </w:pPr>
      <w:r w:rsidRPr="00D2791D">
        <w:rPr>
          <w:b/>
          <w:lang w:val="it-IT"/>
        </w:rPr>
        <w:t>Finalità e base giuridica</w:t>
      </w:r>
    </w:p>
    <w:p w14:paraId="13CC6838" w14:textId="77777777" w:rsidR="00B06E8E" w:rsidRPr="00D2791D" w:rsidRDefault="00000000" w:rsidP="007B28F9">
      <w:pPr>
        <w:jc w:val="both"/>
        <w:rPr>
          <w:lang w:val="it-IT"/>
        </w:rPr>
      </w:pPr>
      <w:r w:rsidRPr="00D2791D">
        <w:rPr>
          <w:lang w:val="it-IT"/>
        </w:rPr>
        <w:t xml:space="preserve">I dati sono trattati per l’istruttoria della domanda, la verifica dei requisiti, l’eventuale stipula e gestione del comodato e gli adempimenti di legge. La base giuridica è costituita dall’art. 6, par. 1, lettere c) ed </w:t>
      </w:r>
      <w:proofErr w:type="gramStart"/>
      <w:r w:rsidRPr="00D2791D">
        <w:rPr>
          <w:lang w:val="it-IT"/>
        </w:rPr>
        <w:t>e</w:t>
      </w:r>
      <w:proofErr w:type="gramEnd"/>
      <w:r w:rsidRPr="00D2791D">
        <w:rPr>
          <w:lang w:val="it-IT"/>
        </w:rPr>
        <w:t>), del Regolamento (UE) 2016/679. I dati relativi a condanne penali e reati sono trattati nei limiti consentiti dall’art. 10 del Regolamento e dalla normativa nazionale applicabile.</w:t>
      </w:r>
    </w:p>
    <w:p w14:paraId="23C6EC56" w14:textId="77777777" w:rsidR="00B06E8E" w:rsidRPr="00D2791D" w:rsidRDefault="00000000">
      <w:pPr>
        <w:keepNext/>
        <w:rPr>
          <w:lang w:val="it-IT"/>
        </w:rPr>
      </w:pPr>
      <w:r w:rsidRPr="00D2791D">
        <w:rPr>
          <w:b/>
          <w:lang w:val="it-IT"/>
        </w:rPr>
        <w:t>Conferimento e modalità</w:t>
      </w:r>
    </w:p>
    <w:p w14:paraId="2165575E" w14:textId="77777777" w:rsidR="00B06E8E" w:rsidRPr="00D2791D" w:rsidRDefault="00000000" w:rsidP="007B28F9">
      <w:pPr>
        <w:jc w:val="both"/>
        <w:rPr>
          <w:lang w:val="it-IT"/>
        </w:rPr>
      </w:pPr>
      <w:r w:rsidRPr="00D2791D">
        <w:rPr>
          <w:lang w:val="it-IT"/>
        </w:rPr>
        <w:t>Il conferimento dei dati necessari alla procedura è obbligatorio; la loro mancanza può impedire la valutazione della domanda. Il trattamento avviene con strumenti cartacei e informatici da parte di personale autorizzato e di soggetti designati responsabili del trattamento ai sensi dell’art. 28 del Regolamento, nel rispetto delle misure di sicurezza applicabili.</w:t>
      </w:r>
    </w:p>
    <w:p w14:paraId="47D5667F" w14:textId="77777777" w:rsidR="00B06E8E" w:rsidRPr="00D2791D" w:rsidRDefault="00000000">
      <w:pPr>
        <w:keepNext/>
        <w:rPr>
          <w:lang w:val="it-IT"/>
        </w:rPr>
      </w:pPr>
      <w:r w:rsidRPr="00D2791D">
        <w:rPr>
          <w:b/>
          <w:lang w:val="it-IT"/>
        </w:rPr>
        <w:t>Destinatari e conservazione</w:t>
      </w:r>
    </w:p>
    <w:p w14:paraId="60C9FC90" w14:textId="77777777" w:rsidR="00B06E8E" w:rsidRPr="00D2791D" w:rsidRDefault="00000000" w:rsidP="007B28F9">
      <w:pPr>
        <w:jc w:val="both"/>
        <w:rPr>
          <w:lang w:val="it-IT"/>
        </w:rPr>
      </w:pPr>
      <w:r w:rsidRPr="00D2791D">
        <w:rPr>
          <w:lang w:val="it-IT"/>
        </w:rPr>
        <w:t>I dati possono essere comunicati agli enti competenti per le verifiche sulle dichiarazioni, ai soggetti legittimati all’accesso nei limiti di legge e agli altri destinatari previsti dalle norme. La diffusione avviene esclusivamente nei casi imposti dalla legge. I dati sono conservati per il tempo necessario alla gestione del procedimento e del rapporto, nonché secondo gli obblighi di conservazione degli atti amministrativi. Non è previsto il trasferimento dei dati al di fuori dell’Unione europea.</w:t>
      </w:r>
    </w:p>
    <w:p w14:paraId="3FEB05C4" w14:textId="77777777" w:rsidR="00B06E8E" w:rsidRPr="00D2791D" w:rsidRDefault="00000000">
      <w:pPr>
        <w:keepNext/>
        <w:rPr>
          <w:lang w:val="it-IT"/>
        </w:rPr>
      </w:pPr>
      <w:r w:rsidRPr="00D2791D">
        <w:rPr>
          <w:b/>
          <w:lang w:val="it-IT"/>
        </w:rPr>
        <w:t>Diritti degli interessati</w:t>
      </w:r>
    </w:p>
    <w:p w14:paraId="364907CC" w14:textId="77777777" w:rsidR="00B06E8E" w:rsidRPr="00D2791D" w:rsidRDefault="00000000" w:rsidP="007B28F9">
      <w:pPr>
        <w:jc w:val="both"/>
        <w:rPr>
          <w:lang w:val="it-IT"/>
        </w:rPr>
      </w:pPr>
      <w:r w:rsidRPr="00D2791D">
        <w:rPr>
          <w:lang w:val="it-IT"/>
        </w:rPr>
        <w:t>Gli interessati possono esercitare, nei casi e nei limiti previsti dagli artt. 15 e seguenti del Regolamento, i diritti di accesso, rettifica, cancellazione, limitazione e opposizione, rivolgendosi al Titolare o al Responsabile della protezione dei dati ai recapiti sopra indicati. Possono inoltre proporre reclamo al Garante per la protezione dei dati personali, www.garanteprivacy.it. Il trattamento per questa procedura non richiede il consenso dell’interessato.</w:t>
      </w:r>
    </w:p>
    <w:sectPr w:rsidR="00B06E8E" w:rsidRPr="00D2791D" w:rsidSect="00034616">
      <w:footerReference w:type="default" r:id="rId8"/>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AAAE0" w14:textId="77777777" w:rsidR="001C14C4" w:rsidRDefault="001C14C4">
      <w:pPr>
        <w:spacing w:after="0" w:line="240" w:lineRule="auto"/>
      </w:pPr>
      <w:r>
        <w:separator/>
      </w:r>
    </w:p>
  </w:endnote>
  <w:endnote w:type="continuationSeparator" w:id="0">
    <w:p w14:paraId="4C98E602" w14:textId="77777777" w:rsidR="001C14C4" w:rsidRDefault="001C1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46C2A" w14:textId="77777777" w:rsidR="00B06E8E" w:rsidRDefault="00000000">
    <w:pPr>
      <w:pStyle w:val="Pidipagina"/>
      <w:jc w:val="center"/>
    </w:pPr>
    <w:r>
      <w:fldChar w:fldCharType="begin"/>
    </w:r>
    <w:r>
      <w:instrText>PAGE</w:instrText>
    </w:r>
    <w:r>
      <w:fldChar w:fldCharType="separate"/>
    </w:r>
    <w:r w:rsidR="00D2791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39BF4" w14:textId="77777777" w:rsidR="001C14C4" w:rsidRDefault="001C14C4">
      <w:pPr>
        <w:spacing w:after="0" w:line="240" w:lineRule="auto"/>
      </w:pPr>
      <w:r>
        <w:separator/>
      </w:r>
    </w:p>
  </w:footnote>
  <w:footnote w:type="continuationSeparator" w:id="0">
    <w:p w14:paraId="1EAC64BF" w14:textId="77777777" w:rsidR="001C14C4" w:rsidRDefault="001C14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221553825">
    <w:abstractNumId w:val="8"/>
  </w:num>
  <w:num w:numId="2" w16cid:durableId="731268219">
    <w:abstractNumId w:val="6"/>
  </w:num>
  <w:num w:numId="3" w16cid:durableId="1345480565">
    <w:abstractNumId w:val="5"/>
  </w:num>
  <w:num w:numId="4" w16cid:durableId="2073573744">
    <w:abstractNumId w:val="4"/>
  </w:num>
  <w:num w:numId="5" w16cid:durableId="1374111148">
    <w:abstractNumId w:val="7"/>
  </w:num>
  <w:num w:numId="6" w16cid:durableId="2078479937">
    <w:abstractNumId w:val="3"/>
  </w:num>
  <w:num w:numId="7" w16cid:durableId="2142729586">
    <w:abstractNumId w:val="2"/>
  </w:num>
  <w:num w:numId="8" w16cid:durableId="1527524212">
    <w:abstractNumId w:val="1"/>
  </w:num>
  <w:num w:numId="9" w16cid:durableId="1595898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14C4"/>
    <w:rsid w:val="00203382"/>
    <w:rsid w:val="0029639D"/>
    <w:rsid w:val="00326F90"/>
    <w:rsid w:val="004371C7"/>
    <w:rsid w:val="004C76C9"/>
    <w:rsid w:val="00797672"/>
    <w:rsid w:val="007B28F9"/>
    <w:rsid w:val="00820E87"/>
    <w:rsid w:val="009367C7"/>
    <w:rsid w:val="00AA1D8D"/>
    <w:rsid w:val="00B06E8E"/>
    <w:rsid w:val="00B47730"/>
    <w:rsid w:val="00BB75D4"/>
    <w:rsid w:val="00CA360A"/>
    <w:rsid w:val="00CB0664"/>
    <w:rsid w:val="00D279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8ABADC"/>
  <w14:defaultImageDpi w14:val="300"/>
  <w15:docId w15:val="{635D6326-3276-4E6E-AB80-8A3CDE6EA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40" w:line="252" w:lineRule="auto"/>
    </w:pPr>
    <w:rPr>
      <w:rFonts w:ascii="Times New Roman" w:hAnsi="Times New Roman"/>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1696</Words>
  <Characters>9669</Characters>
  <Application>Microsoft Office Word</Application>
  <DocSecurity>0</DocSecurity>
  <Lines>80</Lines>
  <Paragraphs>22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Allegato B Domanda di partecipazione</vt:lpstr>
      <vt:lpstr/>
    </vt:vector>
  </TitlesOfParts>
  <Manager/>
  <Company/>
  <LinksUpToDate>false</LinksUpToDate>
  <CharactersWithSpaces>11343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B Domanda di partecipazione</dc:title>
  <dc:subject/>
  <dc:creator>Comune di Palagiano</dc:creator>
  <cp:keywords/>
  <dc:description>generated by python-docx</dc:description>
  <cp:lastModifiedBy>Raffaele Andrisani</cp:lastModifiedBy>
  <cp:revision>6</cp:revision>
  <cp:lastPrinted>2026-10-20T12:44:00Z</cp:lastPrinted>
  <dcterms:created xsi:type="dcterms:W3CDTF">2013-12-23T23:15:00Z</dcterms:created>
  <dcterms:modified xsi:type="dcterms:W3CDTF">2026-10-30T15:02:00Z</dcterms:modified>
  <cp:category/>
</cp:coreProperties>
</file>